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E4A1" w14:textId="77777777" w:rsidR="004F1F97" w:rsidRPr="006A25C1" w:rsidRDefault="00000000">
      <w:pPr>
        <w:spacing w:before="1100"/>
        <w:jc w:val="center"/>
      </w:pPr>
      <w:r w:rsidRPr="006A25C1">
        <w:rPr>
          <w:b/>
          <w:color w:val="174A3B"/>
          <w:sz w:val="46"/>
        </w:rPr>
        <w:t>CUADERNO DE ACTIVIDADES</w:t>
      </w:r>
    </w:p>
    <w:p w14:paraId="0C48AA4A" w14:textId="77777777" w:rsidR="004F1F97" w:rsidRPr="006A25C1" w:rsidRDefault="00000000">
      <w:pPr>
        <w:jc w:val="center"/>
      </w:pPr>
      <w:r w:rsidRPr="006A25C1">
        <w:rPr>
          <w:b/>
          <w:color w:val="E9722C"/>
          <w:sz w:val="58"/>
        </w:rPr>
        <w:t>COACHING NUTRICIONAL</w:t>
      </w:r>
    </w:p>
    <w:p w14:paraId="5AB99C64" w14:textId="77777777" w:rsidR="004F1F97" w:rsidRPr="006A25C1" w:rsidRDefault="00000000">
      <w:pPr>
        <w:jc w:val="center"/>
      </w:pPr>
      <w:r w:rsidRPr="006A25C1">
        <w:rPr>
          <w:i/>
          <w:sz w:val="28"/>
        </w:rPr>
        <w:t>De la teoría a la práctica</w:t>
      </w:r>
    </w:p>
    <w:p w14:paraId="1DB19B6C" w14:textId="77777777" w:rsidR="004F1F97" w:rsidRPr="006A25C1" w:rsidRDefault="00000000">
      <w:pPr>
        <w:spacing w:before="640"/>
        <w:jc w:val="center"/>
      </w:pPr>
      <w:r w:rsidRPr="006A25C1">
        <w:rPr>
          <w:b/>
          <w:color w:val="174A3B"/>
          <w:sz w:val="24"/>
        </w:rPr>
        <w:t>Material práctico para clase, entrenamiento y pasantía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5313E4CA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A431B6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Propósito: </w:t>
            </w:r>
            <w:r w:rsidRPr="006A25C1">
              <w:t>Entrenar habilidades de coaching nutricional para escuchar, explorar, evocar recursos, definir objetivos y construir acciones posibles junto con el paciente.</w:t>
            </w:r>
          </w:p>
        </w:tc>
      </w:tr>
    </w:tbl>
    <w:p w14:paraId="3D3CF2C6" w14:textId="77777777" w:rsidR="004F1F97" w:rsidRPr="006A25C1" w:rsidRDefault="00000000">
      <w:pPr>
        <w:spacing w:before="1100"/>
        <w:jc w:val="center"/>
      </w:pPr>
      <w:r w:rsidRPr="006A25C1">
        <w:rPr>
          <w:color w:val="6B7280"/>
          <w:sz w:val="16"/>
        </w:rPr>
        <w:t>Material original de formación. Inspirado en la lógica de trabajo práctico del coaching nutricional, sin reproducir materiales propietarios de terceros.</w:t>
      </w:r>
    </w:p>
    <w:p w14:paraId="663A6427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693A27F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9211E48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CÓMO USAR ESTE CUADERNO</w:t>
            </w:r>
          </w:p>
        </w:tc>
      </w:tr>
    </w:tbl>
    <w:p w14:paraId="58CDC305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Antes de empezar</w:t>
      </w:r>
    </w:p>
    <w:p w14:paraId="68BF6B55" w14:textId="77777777" w:rsidR="004F1F97" w:rsidRPr="006A25C1" w:rsidRDefault="00000000">
      <w:pPr>
        <w:spacing w:after="50"/>
      </w:pPr>
      <w:r w:rsidRPr="006A25C1">
        <w:t>Este cuaderno se usa durante la clase y luego como apoyo en la pasantía. Cada actividad incluye un ejemplo resuelto y un espacio para practicar con un caso propio o simulado.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A20AA8B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8597E3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Idea central: </w:t>
            </w:r>
            <w:r w:rsidRPr="006A25C1">
              <w:t>El nutricionista aporta conocimiento científico; el paciente aporta contexto, valores, preferencias, dificultades y decisiones. El coaching nutricional hace dialogar ambas partes.</w:t>
            </w:r>
          </w:p>
        </w:tc>
      </w:tr>
    </w:tbl>
    <w:p w14:paraId="423B707C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Reglas de práctica</w:t>
      </w:r>
    </w:p>
    <w:p w14:paraId="7D5724A7" w14:textId="77777777" w:rsidR="004F1F97" w:rsidRPr="006A25C1" w:rsidRDefault="00000000">
      <w:pPr>
        <w:pStyle w:val="Listaconvietas"/>
        <w:spacing w:after="20"/>
      </w:pPr>
      <w:r w:rsidRPr="006A25C1">
        <w:t>Escuchar antes de aconsejar.</w:t>
      </w:r>
    </w:p>
    <w:p w14:paraId="1326122F" w14:textId="77777777" w:rsidR="004F1F97" w:rsidRPr="006A25C1" w:rsidRDefault="00000000">
      <w:pPr>
        <w:pStyle w:val="Listaconvietas"/>
        <w:spacing w:after="20"/>
      </w:pPr>
      <w:r w:rsidRPr="006A25C1">
        <w:t>No asumir la causa: explorarla.</w:t>
      </w:r>
    </w:p>
    <w:p w14:paraId="36943DC3" w14:textId="77777777" w:rsidR="004F1F97" w:rsidRPr="006A25C1" w:rsidRDefault="00000000">
      <w:pPr>
        <w:pStyle w:val="Listaconvietas"/>
        <w:spacing w:after="20"/>
      </w:pPr>
      <w:r w:rsidRPr="006A25C1">
        <w:t>Diferenciar hechos, interpretaciones y juicios.</w:t>
      </w:r>
    </w:p>
    <w:p w14:paraId="70122D84" w14:textId="77777777" w:rsidR="004F1F97" w:rsidRPr="006A25C1" w:rsidRDefault="00000000">
      <w:pPr>
        <w:pStyle w:val="Listaconvietas"/>
        <w:spacing w:after="20"/>
      </w:pPr>
      <w:r w:rsidRPr="006A25C1">
        <w:t>Favorecer razones y opciones generadas por el paciente.</w:t>
      </w:r>
    </w:p>
    <w:p w14:paraId="04690C54" w14:textId="77777777" w:rsidR="004F1F97" w:rsidRPr="006A25C1" w:rsidRDefault="00000000">
      <w:pPr>
        <w:pStyle w:val="Listaconvietas"/>
        <w:spacing w:after="20"/>
      </w:pPr>
      <w:r w:rsidRPr="006A25C1">
        <w:t>Aportar conocimiento profesional cuando corresponde, sin quitar autonomía.</w:t>
      </w:r>
    </w:p>
    <w:p w14:paraId="4D0AB13B" w14:textId="77777777" w:rsidR="004F1F97" w:rsidRPr="006A25C1" w:rsidRDefault="00000000">
      <w:pPr>
        <w:pStyle w:val="Listaconvietas"/>
        <w:spacing w:after="20"/>
      </w:pPr>
      <w:r w:rsidRPr="006A25C1">
        <w:t>Cerrar con una acción concreta, realista y acordada.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FCD366A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E3DFF8C" w14:textId="77777777" w:rsidR="004F1F97" w:rsidRPr="006A25C1" w:rsidRDefault="00000000">
            <w:r w:rsidRPr="006A25C1">
              <w:rPr>
                <w:b/>
                <w:color w:val="E9722C"/>
              </w:rPr>
              <w:t>EJEMPLO RESUELTO · objetivo personal</w:t>
            </w:r>
          </w:p>
          <w:p w14:paraId="1B8172E8" w14:textId="77777777" w:rsidR="004F1F97" w:rsidRPr="006A25C1" w:rsidRDefault="00000000">
            <w:pPr>
              <w:spacing w:after="30"/>
            </w:pPr>
            <w:r w:rsidRPr="006A25C1">
              <w:t>Quiero mejorar mi capacidad para: hacer preguntas abiertas sin transformar inmediatamente la conversación en educación nutricional.</w:t>
            </w:r>
          </w:p>
          <w:p w14:paraId="5021E7FA" w14:textId="77777777" w:rsidR="004F1F97" w:rsidRPr="006A25C1" w:rsidRDefault="00000000">
            <w:pPr>
              <w:spacing w:after="30"/>
            </w:pPr>
            <w:r w:rsidRPr="006A25C1">
              <w:t>Al terminar la pasantía quiero ser capaz de: cerrar cada sesión con una acción concreta elegida y comprendida por el paciente.</w:t>
            </w:r>
          </w:p>
        </w:tc>
      </w:tr>
    </w:tbl>
    <w:p w14:paraId="3EAD5D1F" w14:textId="77777777" w:rsidR="004F1F97" w:rsidRPr="006A25C1" w:rsidRDefault="00000000">
      <w:pPr>
        <w:spacing w:after="20"/>
      </w:pPr>
      <w:r w:rsidRPr="006A25C1">
        <w:rPr>
          <w:b/>
        </w:rPr>
        <w:t>Quiero mejorar especialmente mi capacidad para:</w:t>
      </w:r>
      <w:r w:rsidRPr="006A25C1">
        <w:t xml:space="preserve">  __________________________________________________________________________________</w:t>
      </w:r>
    </w:p>
    <w:p w14:paraId="1BDA353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D387FB6" w14:textId="77777777" w:rsidR="004F1F97" w:rsidRPr="006A25C1" w:rsidRDefault="00000000">
      <w:pPr>
        <w:spacing w:after="20"/>
      </w:pPr>
      <w:r w:rsidRPr="006A25C1">
        <w:rPr>
          <w:b/>
        </w:rPr>
        <w:t>Al terminar esta pasantía quiero ser capaz de:</w:t>
      </w:r>
      <w:r w:rsidRPr="006A25C1">
        <w:t xml:space="preserve">  __________________________________________________________________________________</w:t>
      </w:r>
    </w:p>
    <w:p w14:paraId="1B881ED8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50140103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A65F0A7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A77A0F0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 · MODO EXPERTO VS. MODO COACHING</w:t>
            </w:r>
          </w:p>
        </w:tc>
      </w:tr>
    </w:tbl>
    <w:p w14:paraId="43CE0BDD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Primero comprender. Después intervenir.</w:t>
      </w:r>
    </w:p>
    <w:p w14:paraId="52A9E4EA" w14:textId="77777777" w:rsidR="004F1F97" w:rsidRPr="006A25C1" w:rsidRDefault="00000000">
      <w:pPr>
        <w:spacing w:after="50"/>
      </w:pPr>
      <w:r w:rsidRPr="006A25C1">
        <w:t>Caso: “Licenciada, sé que tendría que organizar mejor mis cenas, pero llego a las 22:00 agotada y termino pidiendo cualquier cosa.”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4DFBB5E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ABFD7B9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0CC3B192" w14:textId="77777777" w:rsidR="004F1F97" w:rsidRPr="006A25C1" w:rsidRDefault="00000000">
            <w:pPr>
              <w:spacing w:after="30"/>
            </w:pPr>
            <w:r w:rsidRPr="006A25C1">
              <w:t>Respuesta espontánea: “Podrías dejar preparadas las cenas el fin de semana.”</w:t>
            </w:r>
          </w:p>
          <w:p w14:paraId="4A7FEDF4" w14:textId="77777777" w:rsidR="004F1F97" w:rsidRPr="006A25C1" w:rsidRDefault="00000000">
            <w:pPr>
              <w:spacing w:after="30"/>
            </w:pPr>
            <w:r w:rsidRPr="006A25C1">
              <w:t>Respuesta desde coaching: “Escucho que el cansancio al final del día pesa mucho. ¿Qué suele pasar desde que salís del trabajo hasta que decidís qué cenar?”</w:t>
            </w:r>
          </w:p>
          <w:p w14:paraId="28D88129" w14:textId="77777777" w:rsidR="004F1F97" w:rsidRPr="006A25C1" w:rsidRDefault="00000000">
            <w:pPr>
              <w:spacing w:after="30"/>
            </w:pPr>
            <w:r w:rsidRPr="006A25C1">
              <w:t>Información que necesito antes de proponer: horario real, nivel de hambre, disponibilidad de comida, apoyo en casa, frecuencia del problema y soluciones que ya intentó.</w:t>
            </w:r>
          </w:p>
        </w:tc>
      </w:tr>
    </w:tbl>
    <w:p w14:paraId="6623C4D6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Tu práctica</w:t>
      </w:r>
    </w:p>
    <w:p w14:paraId="05432EB8" w14:textId="77777777" w:rsidR="004F1F97" w:rsidRPr="006A25C1" w:rsidRDefault="00000000">
      <w:pPr>
        <w:spacing w:after="20"/>
      </w:pPr>
      <w:r w:rsidRPr="006A25C1">
        <w:rPr>
          <w:b/>
        </w:rPr>
        <w:t>Mi respuesta espontánea:</w:t>
      </w:r>
      <w:r w:rsidRPr="006A25C1">
        <w:t xml:space="preserve">  __________________________________________________________________________________</w:t>
      </w:r>
    </w:p>
    <w:p w14:paraId="7D640EA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293E7C8" w14:textId="77777777" w:rsidR="004F1F97" w:rsidRPr="006A25C1" w:rsidRDefault="00000000">
      <w:pPr>
        <w:spacing w:after="20"/>
      </w:pPr>
      <w:r w:rsidRPr="006A25C1">
        <w:rPr>
          <w:b/>
        </w:rPr>
        <w:t>Paráfrasis:</w:t>
      </w:r>
      <w:r w:rsidRPr="006A25C1">
        <w:t xml:space="preserve">  __________________________________________________________________________________</w:t>
      </w:r>
    </w:p>
    <w:p w14:paraId="7F2F8A8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5DE2DAC0" w14:textId="77777777" w:rsidR="004F1F97" w:rsidRPr="006A25C1" w:rsidRDefault="00000000">
      <w:pPr>
        <w:spacing w:after="20"/>
      </w:pPr>
      <w:r w:rsidRPr="006A25C1">
        <w:rPr>
          <w:b/>
        </w:rPr>
        <w:t>Pregunta para explorar:</w:t>
      </w:r>
      <w:r w:rsidRPr="006A25C1">
        <w:t xml:space="preserve">  __________________________________________________________________________________</w:t>
      </w:r>
    </w:p>
    <w:p w14:paraId="62EEEA04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294755F" w14:textId="77777777" w:rsidR="004F1F97" w:rsidRPr="006A25C1" w:rsidRDefault="00000000">
      <w:pPr>
        <w:spacing w:after="20"/>
      </w:pPr>
      <w:r w:rsidRPr="006A25C1">
        <w:rPr>
          <w:b/>
        </w:rPr>
        <w:t>¿Qué necesito comprender antes de proponer una solución?</w:t>
      </w:r>
      <w:r w:rsidRPr="006A25C1">
        <w:t xml:space="preserve">  __________________________________________________________________________________</w:t>
      </w:r>
    </w:p>
    <w:p w14:paraId="14676FCB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2D38546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386DA7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Clave: </w:t>
            </w:r>
            <w:r w:rsidRPr="006A25C1">
              <w:t>Una respuesta puede ser técnicamente correcta y aun así no responder a la verdadera barrera del paciente.</w:t>
            </w:r>
          </w:p>
        </w:tc>
      </w:tr>
    </w:tbl>
    <w:p w14:paraId="57AC8D98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F2F5AFA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1C0DEC8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2 · ESCUCHA ACTIVA</w:t>
            </w:r>
          </w:p>
        </w:tc>
      </w:tr>
    </w:tbl>
    <w:p w14:paraId="46C1E4C3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Escuchar para comprender</w:t>
      </w:r>
    </w:p>
    <w:p w14:paraId="1771F2AC" w14:textId="77777777" w:rsidR="004F1F97" w:rsidRPr="006A25C1" w:rsidRDefault="00000000">
      <w:pPr>
        <w:spacing w:after="50"/>
      </w:pPr>
      <w:r w:rsidRPr="006A25C1">
        <w:t>Situación: “Este fin de semana fue un desastre. Comí de todo, no seguí nada del plan y siento que nunca voy a lograr mis objetivos. Siempre termino arruinándolo todo.”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6EBE07F3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9775E32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43654FFF" w14:textId="77777777" w:rsidR="004F1F97" w:rsidRPr="006A25C1" w:rsidRDefault="00000000">
            <w:pPr>
              <w:spacing w:after="30"/>
            </w:pPr>
            <w:r w:rsidRPr="006A25C1">
              <w:t>Paráfrasis: “Sentís que lo que pasó el fin de semana anuló todo el esfuerzo anterior.”</w:t>
            </w:r>
          </w:p>
          <w:p w14:paraId="20BACD72" w14:textId="77777777" w:rsidR="004F1F97" w:rsidRPr="006A25C1" w:rsidRDefault="00000000">
            <w:pPr>
              <w:spacing w:after="30"/>
            </w:pPr>
            <w:r w:rsidRPr="006A25C1">
              <w:t xml:space="preserve">Validación emocional: “Suena muy frustrante sentir que </w:t>
            </w:r>
            <w:proofErr w:type="spellStart"/>
            <w:r w:rsidRPr="006A25C1">
              <w:t>volvés</w:t>
            </w:r>
            <w:proofErr w:type="spellEnd"/>
            <w:r w:rsidRPr="006A25C1">
              <w:t xml:space="preserve"> al mismo lugar.”</w:t>
            </w:r>
          </w:p>
          <w:p w14:paraId="39683FCB" w14:textId="77777777" w:rsidR="004F1F97" w:rsidRPr="006A25C1" w:rsidRDefault="00000000">
            <w:pPr>
              <w:spacing w:after="30"/>
            </w:pPr>
            <w:r w:rsidRPr="006A25C1">
              <w:t>Pregunta abierta: “¿Qué fue lo primero que ocurrió ese fin de semana que hizo más difícil sostener lo que querías?”</w:t>
            </w:r>
          </w:p>
          <w:p w14:paraId="6F641D1E" w14:textId="77777777" w:rsidR="004F1F97" w:rsidRPr="006A25C1" w:rsidRDefault="00000000">
            <w:pPr>
              <w:spacing w:after="30"/>
            </w:pPr>
            <w:r w:rsidRPr="006A25C1">
              <w:t>Reconocimiento de recurso: “Aun así, pudiste identificar con claridad el momento en que empezó a complicarse; esa información nos puede ayudar.”</w:t>
            </w:r>
          </w:p>
        </w:tc>
      </w:tr>
    </w:tbl>
    <w:p w14:paraId="0B43DF74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Tu práctica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4F1F97" w:rsidRPr="006A25C1" w14:paraId="634C6D47" w14:textId="77777777">
        <w:trPr>
          <w:jc w:val="center"/>
        </w:trPr>
        <w:tc>
          <w:tcPr>
            <w:tcW w:w="5184" w:type="dxa"/>
            <w:shd w:val="clear" w:color="auto" w:fill="174A3B"/>
          </w:tcPr>
          <w:p w14:paraId="45E02774" w14:textId="77777777" w:rsidR="004F1F97" w:rsidRPr="006A25C1" w:rsidRDefault="00000000">
            <w:r w:rsidRPr="006A25C1">
              <w:rPr>
                <w:b/>
                <w:color w:val="FFFFFF"/>
              </w:rPr>
              <w:t>Habilidad</w:t>
            </w:r>
          </w:p>
        </w:tc>
        <w:tc>
          <w:tcPr>
            <w:tcW w:w="5184" w:type="dxa"/>
            <w:shd w:val="clear" w:color="auto" w:fill="174A3B"/>
          </w:tcPr>
          <w:p w14:paraId="43565D77" w14:textId="77777777" w:rsidR="004F1F97" w:rsidRPr="006A25C1" w:rsidRDefault="00000000">
            <w:r w:rsidRPr="006A25C1">
              <w:rPr>
                <w:b/>
                <w:color w:val="FFFFFF"/>
              </w:rPr>
              <w:t>Mi respuesta</w:t>
            </w:r>
          </w:p>
        </w:tc>
      </w:tr>
      <w:tr w:rsidR="004F1F97" w:rsidRPr="006A25C1" w14:paraId="786286C0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092ED6" w14:textId="77777777" w:rsidR="004F1F97" w:rsidRPr="006A25C1" w:rsidRDefault="00000000">
            <w:r w:rsidRPr="006A25C1">
              <w:t>Paráfrasis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9568CC1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7D8A2BB4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D86E41" w14:textId="77777777" w:rsidR="004F1F97" w:rsidRPr="006A25C1" w:rsidRDefault="00000000">
            <w:r w:rsidRPr="006A25C1">
              <w:t>Validación emocional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0AB337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28558852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BB99B8" w14:textId="77777777" w:rsidR="004F1F97" w:rsidRPr="006A25C1" w:rsidRDefault="00000000">
            <w:r w:rsidRPr="006A25C1">
              <w:t>Pregunta abierta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04EF1B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41A7740F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5B7D64" w14:textId="77777777" w:rsidR="004F1F97" w:rsidRPr="006A25C1" w:rsidRDefault="00000000">
            <w:r w:rsidRPr="006A25C1">
              <w:t>Reconocimiento de recurso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E649BB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</w:tbl>
    <w:p w14:paraId="501C374B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Autoobservación</w:t>
      </w:r>
    </w:p>
    <w:p w14:paraId="65821BE6" w14:textId="77777777" w:rsidR="004F1F97" w:rsidRPr="006A25C1" w:rsidRDefault="00000000">
      <w:pPr>
        <w:spacing w:after="20"/>
      </w:pPr>
      <w:r w:rsidRPr="006A25C1">
        <w:t>☐ Escuché sin interrumpir innecesariamente.</w:t>
      </w:r>
    </w:p>
    <w:p w14:paraId="4B7536B9" w14:textId="77777777" w:rsidR="004F1F97" w:rsidRPr="006A25C1" w:rsidRDefault="00000000">
      <w:pPr>
        <w:spacing w:after="20"/>
      </w:pPr>
      <w:r w:rsidRPr="006A25C1">
        <w:t>☐ Evité minimizar la emoción.</w:t>
      </w:r>
    </w:p>
    <w:p w14:paraId="6AC12DD2" w14:textId="77777777" w:rsidR="004F1F97" w:rsidRPr="006A25C1" w:rsidRDefault="00000000">
      <w:pPr>
        <w:spacing w:after="20"/>
      </w:pPr>
      <w:r w:rsidRPr="006A25C1">
        <w:t>☐ No interpreté antes de tiempo.</w:t>
      </w:r>
    </w:p>
    <w:p w14:paraId="1007D098" w14:textId="77777777" w:rsidR="004F1F97" w:rsidRPr="006A25C1" w:rsidRDefault="00000000">
      <w:pPr>
        <w:spacing w:after="20"/>
      </w:pPr>
      <w:r w:rsidRPr="006A25C1">
        <w:t>☐ No di una solución prematura.</w:t>
      </w:r>
    </w:p>
    <w:p w14:paraId="16DA2200" w14:textId="77777777" w:rsidR="004F1F97" w:rsidRPr="006A25C1" w:rsidRDefault="00000000">
      <w:pPr>
        <w:spacing w:after="20"/>
      </w:pPr>
      <w:r w:rsidRPr="006A25C1">
        <w:rPr>
          <w:b/>
        </w:rPr>
        <w:t>¿Qué me resultó más difícil?</w:t>
      </w:r>
      <w:r w:rsidRPr="006A25C1">
        <w:t xml:space="preserve">  __________________________________________________________________________________</w:t>
      </w:r>
    </w:p>
    <w:p w14:paraId="4957181E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B35F023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4500A1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Clave: </w:t>
            </w:r>
            <w:r w:rsidRPr="006A25C1">
              <w:t>Escuchar activamente no es esperar nuestro turno para responder. Es comprender antes de intervenir.</w:t>
            </w:r>
          </w:p>
        </w:tc>
      </w:tr>
    </w:tbl>
    <w:p w14:paraId="6F4A4BC6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C7E23BC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49DBB3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3 · PREGUNTAS PODEROSAS</w:t>
            </w:r>
          </w:p>
        </w:tc>
      </w:tr>
    </w:tbl>
    <w:p w14:paraId="0E2DEEF7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Preguntar sin aconsejar</w:t>
      </w:r>
    </w:p>
    <w:p w14:paraId="13354363" w14:textId="77777777" w:rsidR="004F1F97" w:rsidRPr="006A25C1" w:rsidRDefault="00000000">
      <w:pPr>
        <w:spacing w:after="50"/>
      </w:pPr>
      <w:r w:rsidRPr="006A25C1">
        <w:t>Situación: “No consigo desayunar.”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AD96A3C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D66F5A4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71EA9C1F" w14:textId="77777777" w:rsidR="004F1F97" w:rsidRPr="006A25C1" w:rsidRDefault="00000000">
            <w:pPr>
              <w:spacing w:after="30"/>
            </w:pPr>
            <w:r w:rsidRPr="006A25C1">
              <w:t>Pregunta poderosa: “¿Cómo son tus mañanas habitualmente?”</w:t>
            </w:r>
          </w:p>
          <w:p w14:paraId="507441BA" w14:textId="77777777" w:rsidR="004F1F97" w:rsidRPr="006A25C1" w:rsidRDefault="00000000">
            <w:pPr>
              <w:spacing w:after="30"/>
            </w:pPr>
            <w:r w:rsidRPr="006A25C1">
              <w:t>Por qué sirve: abre contexto sin asumir que el problema es falta de tiempo o falta de hambre.</w:t>
            </w:r>
          </w:p>
          <w:p w14:paraId="170A6F23" w14:textId="77777777" w:rsidR="004F1F97" w:rsidRPr="006A25C1" w:rsidRDefault="00000000">
            <w:pPr>
              <w:spacing w:after="30"/>
            </w:pPr>
            <w:r w:rsidRPr="006A25C1">
              <w:t>Pregunta directiva: “¿No podrías levantarte 15 minutos antes?”</w:t>
            </w:r>
          </w:p>
          <w:p w14:paraId="06566125" w14:textId="77777777" w:rsidR="004F1F97" w:rsidRPr="006A25C1" w:rsidRDefault="00000000">
            <w:pPr>
              <w:spacing w:after="30"/>
            </w:pPr>
            <w:r w:rsidRPr="006A25C1">
              <w:t>Reformulación: “¿Qué tendría que cambiar en tu mañana para que desayunar fuera más posible?”</w:t>
            </w:r>
          </w:p>
        </w:tc>
      </w:tr>
    </w:tbl>
    <w:p w14:paraId="41CD5690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Tu práctica</w:t>
      </w:r>
    </w:p>
    <w:p w14:paraId="7D7EB930" w14:textId="77777777" w:rsidR="004F1F97" w:rsidRPr="006A25C1" w:rsidRDefault="00000000">
      <w:pPr>
        <w:spacing w:after="20"/>
      </w:pPr>
      <w:r w:rsidRPr="006A25C1">
        <w:rPr>
          <w:b/>
        </w:rPr>
        <w:t>1.</w:t>
      </w:r>
      <w:r w:rsidRPr="006A25C1">
        <w:t xml:space="preserve">  __________________________________________________________________________________</w:t>
      </w:r>
    </w:p>
    <w:p w14:paraId="01934F57" w14:textId="77777777" w:rsidR="004F1F97" w:rsidRPr="006A25C1" w:rsidRDefault="00000000">
      <w:pPr>
        <w:spacing w:after="20"/>
      </w:pPr>
      <w:r w:rsidRPr="006A25C1">
        <w:rPr>
          <w:b/>
        </w:rPr>
        <w:t>2.</w:t>
      </w:r>
      <w:r w:rsidRPr="006A25C1">
        <w:t xml:space="preserve">  __________________________________________________________________________________</w:t>
      </w:r>
    </w:p>
    <w:p w14:paraId="0B577B79" w14:textId="77777777" w:rsidR="004F1F97" w:rsidRPr="006A25C1" w:rsidRDefault="00000000">
      <w:pPr>
        <w:spacing w:after="20"/>
      </w:pPr>
      <w:r w:rsidRPr="006A25C1">
        <w:rPr>
          <w:b/>
        </w:rPr>
        <w:t>3.</w:t>
      </w:r>
      <w:r w:rsidRPr="006A25C1">
        <w:t xml:space="preserve">  __________________________________________________________________________________</w:t>
      </w:r>
    </w:p>
    <w:p w14:paraId="362893A5" w14:textId="77777777" w:rsidR="004F1F97" w:rsidRPr="006A25C1" w:rsidRDefault="00000000">
      <w:pPr>
        <w:spacing w:after="20"/>
      </w:pPr>
      <w:r w:rsidRPr="006A25C1">
        <w:rPr>
          <w:b/>
        </w:rPr>
        <w:t>4.</w:t>
      </w:r>
      <w:r w:rsidRPr="006A25C1">
        <w:t xml:space="preserve">  __________________________________________________________________________________</w:t>
      </w:r>
    </w:p>
    <w:p w14:paraId="4DB4F93E" w14:textId="77777777" w:rsidR="004F1F97" w:rsidRPr="006A25C1" w:rsidRDefault="00000000">
      <w:pPr>
        <w:spacing w:after="20"/>
      </w:pPr>
      <w:r w:rsidRPr="006A25C1">
        <w:rPr>
          <w:b/>
        </w:rPr>
        <w:t>5.</w:t>
      </w:r>
      <w:r w:rsidRPr="006A25C1">
        <w:t xml:space="preserve">  __________________________________________________________________________________</w:t>
      </w:r>
    </w:p>
    <w:p w14:paraId="32CAAF05" w14:textId="77777777" w:rsidR="004F1F97" w:rsidRPr="006A25C1" w:rsidRDefault="00000000">
      <w:pPr>
        <w:spacing w:after="20"/>
      </w:pPr>
      <w:r w:rsidRPr="006A25C1">
        <w:rPr>
          <w:b/>
        </w:rPr>
        <w:t>6.</w:t>
      </w:r>
      <w:r w:rsidRPr="006A25C1">
        <w:t xml:space="preserve">  __________________________________________________________________________________</w:t>
      </w:r>
    </w:p>
    <w:p w14:paraId="24A91115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Filtro de calidad</w:t>
      </w:r>
    </w:p>
    <w:p w14:paraId="05012A4D" w14:textId="77777777" w:rsidR="004F1F97" w:rsidRPr="006A25C1" w:rsidRDefault="00000000">
      <w:pPr>
        <w:spacing w:after="20"/>
      </w:pPr>
      <w:r w:rsidRPr="006A25C1">
        <w:t>☐ ¿Ayuda al paciente a pensar?</w:t>
      </w:r>
    </w:p>
    <w:p w14:paraId="18C06D05" w14:textId="77777777" w:rsidR="004F1F97" w:rsidRPr="006A25C1" w:rsidRDefault="00000000">
      <w:pPr>
        <w:spacing w:after="20"/>
      </w:pPr>
      <w:r w:rsidRPr="006A25C1">
        <w:t>☐ ¿Evita asumir la respuesta?</w:t>
      </w:r>
    </w:p>
    <w:p w14:paraId="29231044" w14:textId="77777777" w:rsidR="004F1F97" w:rsidRPr="006A25C1" w:rsidRDefault="00000000">
      <w:pPr>
        <w:spacing w:after="20"/>
      </w:pPr>
      <w:r w:rsidRPr="006A25C1">
        <w:t>☐ ¿Aumenta conciencia, recursos u opciones?</w:t>
      </w:r>
    </w:p>
    <w:p w14:paraId="4133C410" w14:textId="77777777" w:rsidR="004F1F97" w:rsidRPr="006A25C1" w:rsidRDefault="00000000">
      <w:pPr>
        <w:spacing w:after="20"/>
      </w:pPr>
      <w:proofErr w:type="spellStart"/>
      <w:r w:rsidRPr="006A25C1">
        <w:rPr>
          <w:b/>
        </w:rPr>
        <w:t>Transformá</w:t>
      </w:r>
      <w:proofErr w:type="spellEnd"/>
      <w:r w:rsidRPr="006A25C1">
        <w:rPr>
          <w:b/>
        </w:rPr>
        <w:t xml:space="preserve"> “¿Probaste dejar preparado el desayuno?” en una pregunta poderosa:</w:t>
      </w:r>
      <w:r w:rsidRPr="006A25C1">
        <w:t xml:space="preserve">  __________________________________________________________________________________</w:t>
      </w:r>
    </w:p>
    <w:p w14:paraId="79F57EF6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66101B8F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14ABCF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Regla útil: </w:t>
            </w:r>
            <w:r w:rsidRPr="006A25C1">
              <w:t>Si dentro de la pregunta ya está escondida mi solución, probablemente no estoy preguntando: estoy aconsejando.</w:t>
            </w:r>
          </w:p>
        </w:tc>
      </w:tr>
    </w:tbl>
    <w:p w14:paraId="12FE245A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0A671B0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AC55DA6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4 · FEEDBACK CONSTRUCTIVO</w:t>
            </w:r>
          </w:p>
        </w:tc>
      </w:tr>
    </w:tbl>
    <w:p w14:paraId="4C64323F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De juicio a aprendizaje</w:t>
      </w:r>
    </w:p>
    <w:p w14:paraId="3AE87567" w14:textId="77777777" w:rsidR="004F1F97" w:rsidRPr="006A25C1" w:rsidRDefault="00000000">
      <w:pPr>
        <w:spacing w:after="50"/>
      </w:pPr>
      <w:r w:rsidRPr="006A25C1">
        <w:t>Paciente: “Solo caminé dos días. No cumplí.”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A2B4C3C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2ECB415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4DC53DEE" w14:textId="77777777" w:rsidR="004F1F97" w:rsidRPr="006A25C1" w:rsidRDefault="00000000">
            <w:pPr>
              <w:spacing w:after="30"/>
            </w:pPr>
            <w:r w:rsidRPr="006A25C1">
              <w:t>Observar: “Habíamos acordado caminar 4 días y esta semana caminaste 2.”</w:t>
            </w:r>
          </w:p>
          <w:p w14:paraId="22E5A510" w14:textId="77777777" w:rsidR="004F1F97" w:rsidRPr="006A25C1" w:rsidRDefault="00000000">
            <w:pPr>
              <w:spacing w:after="30"/>
            </w:pPr>
            <w:r w:rsidRPr="006A25C1">
              <w:t>Reconocer: “Hubo dos días en los que sí pudiste hacerlo.”</w:t>
            </w:r>
          </w:p>
          <w:p w14:paraId="5EFA19DF" w14:textId="77777777" w:rsidR="004F1F97" w:rsidRPr="006A25C1" w:rsidRDefault="00000000">
            <w:pPr>
              <w:spacing w:after="30"/>
            </w:pPr>
            <w:r w:rsidRPr="006A25C1">
              <w:t>Explorar: “¿Qué fue diferente en esos días?”</w:t>
            </w:r>
          </w:p>
          <w:p w14:paraId="3BBF6FA8" w14:textId="77777777" w:rsidR="004F1F97" w:rsidRPr="006A25C1" w:rsidRDefault="00000000">
            <w:pPr>
              <w:spacing w:after="30"/>
            </w:pPr>
            <w:r w:rsidRPr="006A25C1">
              <w:t>Ajustar: “Con lo que aprendiste esta semana, ¿qué objetivo sería realista para la próxima?”</w:t>
            </w:r>
          </w:p>
        </w:tc>
      </w:tr>
    </w:tbl>
    <w:p w14:paraId="2A18693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Tu práctica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4F1F97" w:rsidRPr="006A25C1" w14:paraId="6BE84999" w14:textId="77777777">
        <w:trPr>
          <w:jc w:val="center"/>
        </w:trPr>
        <w:tc>
          <w:tcPr>
            <w:tcW w:w="5184" w:type="dxa"/>
            <w:shd w:val="clear" w:color="auto" w:fill="174A3B"/>
          </w:tcPr>
          <w:p w14:paraId="058977DE" w14:textId="77777777" w:rsidR="004F1F97" w:rsidRPr="006A25C1" w:rsidRDefault="00000000">
            <w:r w:rsidRPr="006A25C1">
              <w:rPr>
                <w:b/>
                <w:color w:val="FFFFFF"/>
              </w:rPr>
              <w:t>Paso</w:t>
            </w:r>
          </w:p>
        </w:tc>
        <w:tc>
          <w:tcPr>
            <w:tcW w:w="5184" w:type="dxa"/>
            <w:shd w:val="clear" w:color="auto" w:fill="174A3B"/>
          </w:tcPr>
          <w:p w14:paraId="05C8300E" w14:textId="77777777" w:rsidR="004F1F97" w:rsidRPr="006A25C1" w:rsidRDefault="00000000">
            <w:r w:rsidRPr="006A25C1">
              <w:rPr>
                <w:b/>
                <w:color w:val="FFFFFF"/>
              </w:rPr>
              <w:t>Mi intervención</w:t>
            </w:r>
          </w:p>
        </w:tc>
      </w:tr>
      <w:tr w:rsidR="004F1F97" w:rsidRPr="006A25C1" w14:paraId="49956DB2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5C5B7B" w14:textId="77777777" w:rsidR="004F1F97" w:rsidRPr="006A25C1" w:rsidRDefault="00000000">
            <w:r w:rsidRPr="006A25C1">
              <w:t>OBSERVAR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72E62E9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222D60F8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49E129F" w14:textId="77777777" w:rsidR="004F1F97" w:rsidRPr="006A25C1" w:rsidRDefault="00000000">
            <w:r w:rsidRPr="006A25C1">
              <w:t>RECONOCER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3CFFC8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48DAE786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1EDBE3E" w14:textId="77777777" w:rsidR="004F1F97" w:rsidRPr="006A25C1" w:rsidRDefault="00000000">
            <w:r w:rsidRPr="006A25C1">
              <w:t>EXPLORAR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A83A8C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74800753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F0D148" w14:textId="77777777" w:rsidR="004F1F97" w:rsidRPr="006A25C1" w:rsidRDefault="00000000">
            <w:r w:rsidRPr="006A25C1">
              <w:t>AJUSTAR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1996338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</w:tbl>
    <w:p w14:paraId="6EA5ECE4" w14:textId="77777777" w:rsidR="004F1F97" w:rsidRPr="006A25C1" w:rsidRDefault="00000000">
      <w:pPr>
        <w:spacing w:after="20"/>
      </w:pPr>
      <w:proofErr w:type="spellStart"/>
      <w:r w:rsidRPr="006A25C1">
        <w:rPr>
          <w:b/>
        </w:rPr>
        <w:t>Transformá</w:t>
      </w:r>
      <w:proofErr w:type="spellEnd"/>
      <w:r w:rsidRPr="006A25C1">
        <w:rPr>
          <w:b/>
        </w:rPr>
        <w:t xml:space="preserve"> “No estás siguiendo el plan” en </w:t>
      </w:r>
      <w:proofErr w:type="spellStart"/>
      <w:r w:rsidRPr="006A25C1">
        <w:rPr>
          <w:b/>
        </w:rPr>
        <w:t>feedback</w:t>
      </w:r>
      <w:proofErr w:type="spellEnd"/>
      <w:r w:rsidRPr="006A25C1">
        <w:rPr>
          <w:b/>
        </w:rPr>
        <w:t xml:space="preserve"> constructivo:</w:t>
      </w:r>
      <w:r w:rsidRPr="006A25C1">
        <w:t xml:space="preserve">  __________________________________________________________________________________</w:t>
      </w:r>
    </w:p>
    <w:p w14:paraId="6E7DE83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F42ED95" w14:textId="77777777" w:rsidR="004F1F97" w:rsidRPr="006A25C1" w:rsidRDefault="00000000">
      <w:pPr>
        <w:spacing w:after="20"/>
      </w:pPr>
      <w:proofErr w:type="spellStart"/>
      <w:r w:rsidRPr="006A25C1">
        <w:rPr>
          <w:b/>
        </w:rPr>
        <w:t>Transformá</w:t>
      </w:r>
      <w:proofErr w:type="spellEnd"/>
      <w:r w:rsidRPr="006A25C1">
        <w:rPr>
          <w:b/>
        </w:rPr>
        <w:t xml:space="preserve"> “Otra vez te equivocaste” en </w:t>
      </w:r>
      <w:proofErr w:type="spellStart"/>
      <w:r w:rsidRPr="006A25C1">
        <w:rPr>
          <w:b/>
        </w:rPr>
        <w:t>feedback</w:t>
      </w:r>
      <w:proofErr w:type="spellEnd"/>
      <w:r w:rsidRPr="006A25C1">
        <w:rPr>
          <w:b/>
        </w:rPr>
        <w:t xml:space="preserve"> constructivo:</w:t>
      </w:r>
      <w:r w:rsidRPr="006A25C1">
        <w:t xml:space="preserve">  __________________________________________________________________________________</w:t>
      </w:r>
    </w:p>
    <w:p w14:paraId="75A1585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DB5342B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C74BD6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Clave: </w:t>
            </w:r>
            <w:r w:rsidRPr="006A25C1">
              <w:t xml:space="preserve">El </w:t>
            </w:r>
            <w:proofErr w:type="spellStart"/>
            <w:r w:rsidRPr="006A25C1">
              <w:t>feedback</w:t>
            </w:r>
            <w:proofErr w:type="spellEnd"/>
            <w:r w:rsidRPr="006A25C1">
              <w:t xml:space="preserve"> constructivo no califica al paciente. Convierte lo ocurrido en información útil para el siguiente intento.</w:t>
            </w:r>
          </w:p>
        </w:tc>
      </w:tr>
    </w:tbl>
    <w:p w14:paraId="2B9F5740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0EF85236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E2EF05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5 · ODIBROPA</w:t>
            </w:r>
          </w:p>
        </w:tc>
      </w:tr>
    </w:tbl>
    <w:p w14:paraId="6776885A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Mapa breve para una conversación de coaching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A43FB72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959E160" w14:textId="77777777" w:rsidR="004F1F97" w:rsidRPr="006A25C1" w:rsidRDefault="00000000">
            <w:r w:rsidRPr="006A25C1">
              <w:rPr>
                <w:b/>
                <w:color w:val="E9722C"/>
              </w:rPr>
              <w:t>EJEMPLO RESUELTO · caso: “Quiero dejar de tomar gaseosa todos los días”</w:t>
            </w:r>
          </w:p>
          <w:p w14:paraId="1828034F" w14:textId="77777777" w:rsidR="004F1F97" w:rsidRPr="006A25C1" w:rsidRDefault="00000000">
            <w:pPr>
              <w:spacing w:after="30"/>
            </w:pPr>
            <w:r w:rsidRPr="006A25C1">
              <w:t>O · Objetivo: “Quiero pasar de 2 vasos diarios a 1 vaso, 5 días por semana, durante las próximas 2 semanas.”</w:t>
            </w:r>
          </w:p>
          <w:p w14:paraId="5213A299" w14:textId="77777777" w:rsidR="004F1F97" w:rsidRPr="006A25C1" w:rsidRDefault="00000000">
            <w:pPr>
              <w:spacing w:after="30"/>
            </w:pPr>
            <w:r w:rsidRPr="006A25C1">
              <w:t>D · Disposición: importancia 8/10; confianza 6/10. “¿Qué tendría que cambiar para que tu confianza sea 8?”</w:t>
            </w:r>
          </w:p>
          <w:p w14:paraId="5651AA90" w14:textId="77777777" w:rsidR="004F1F97" w:rsidRPr="006A25C1" w:rsidRDefault="00000000">
            <w:pPr>
              <w:spacing w:after="30"/>
            </w:pPr>
            <w:r w:rsidRPr="006A25C1">
              <w:t>I · Barreras/recursos: barrera = hábito en el almuerzo; recurso = ya toma agua fría por la mañana y tiene botella disponible.</w:t>
            </w:r>
          </w:p>
          <w:p w14:paraId="16092E22" w14:textId="77777777" w:rsidR="004F1F97" w:rsidRPr="006A25C1" w:rsidRDefault="00000000">
            <w:pPr>
              <w:spacing w:after="30"/>
            </w:pPr>
            <w:r w:rsidRPr="006A25C1">
              <w:t>O · Opciones: agua con hielo, alternar días, reducir tamaño del vaso, reservar gaseosa para una comida específica.</w:t>
            </w:r>
          </w:p>
          <w:p w14:paraId="793B7D54" w14:textId="77777777" w:rsidR="004F1F97" w:rsidRPr="006A25C1" w:rsidRDefault="00000000">
            <w:pPr>
              <w:spacing w:after="30"/>
            </w:pPr>
            <w:r w:rsidRPr="006A25C1">
              <w:t>P · Plan: lunes a viernes, en el almuerzo, reemplazar el segundo vaso por agua fría; si hay reunión social, decidir antes qué cantidad tomar.</w:t>
            </w:r>
          </w:p>
        </w:tc>
      </w:tr>
    </w:tbl>
    <w:p w14:paraId="1D122F0A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O · OBJETIVO</w:t>
      </w:r>
    </w:p>
    <w:p w14:paraId="5DA35864" w14:textId="77777777" w:rsidR="004F1F97" w:rsidRPr="006A25C1" w:rsidRDefault="00000000">
      <w:pPr>
        <w:spacing w:after="20"/>
      </w:pPr>
      <w:r w:rsidRPr="006A25C1">
        <w:t xml:space="preserve">☐ ¿Qué </w:t>
      </w:r>
      <w:proofErr w:type="spellStart"/>
      <w:r w:rsidRPr="006A25C1">
        <w:t>querés</w:t>
      </w:r>
      <w:proofErr w:type="spellEnd"/>
      <w:r w:rsidRPr="006A25C1">
        <w:t xml:space="preserve"> conseguir?</w:t>
      </w:r>
    </w:p>
    <w:p w14:paraId="5E82D249" w14:textId="77777777" w:rsidR="004F1F97" w:rsidRPr="006A25C1" w:rsidRDefault="00000000">
      <w:pPr>
        <w:spacing w:after="20"/>
      </w:pPr>
      <w:r w:rsidRPr="006A25C1">
        <w:t>☐ ¿Cómo sabrías que avanzaste?</w:t>
      </w:r>
    </w:p>
    <w:p w14:paraId="5BCA322E" w14:textId="77777777" w:rsidR="004F1F97" w:rsidRPr="006A25C1" w:rsidRDefault="00000000">
      <w:pPr>
        <w:spacing w:after="20"/>
      </w:pPr>
      <w:r w:rsidRPr="006A25C1">
        <w:rPr>
          <w:b/>
        </w:rPr>
        <w:t>Notas:</w:t>
      </w:r>
      <w:r w:rsidRPr="006A25C1">
        <w:t xml:space="preserve">  __________________________________________________________________________________</w:t>
      </w:r>
    </w:p>
    <w:p w14:paraId="76F3EB9E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6A3159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D · DISPOSICIÓN</w:t>
      </w:r>
    </w:p>
    <w:p w14:paraId="3980322C" w14:textId="77777777" w:rsidR="004F1F97" w:rsidRPr="006A25C1" w:rsidRDefault="00000000">
      <w:pPr>
        <w:spacing w:after="20"/>
      </w:pPr>
      <w:r w:rsidRPr="006A25C1">
        <w:t>☐ ¿Qué tan importante es 0–10?</w:t>
      </w:r>
    </w:p>
    <w:p w14:paraId="0611A68B" w14:textId="77777777" w:rsidR="004F1F97" w:rsidRPr="006A25C1" w:rsidRDefault="00000000">
      <w:pPr>
        <w:spacing w:after="20"/>
      </w:pPr>
      <w:r w:rsidRPr="006A25C1">
        <w:t>☐ ¿Qué tan seguro/a te sentís 0–10?</w:t>
      </w:r>
    </w:p>
    <w:p w14:paraId="6E2ECCD4" w14:textId="77777777" w:rsidR="004F1F97" w:rsidRPr="006A25C1" w:rsidRDefault="00000000">
      <w:pPr>
        <w:spacing w:after="20"/>
      </w:pPr>
      <w:r w:rsidRPr="006A25C1">
        <w:rPr>
          <w:b/>
        </w:rPr>
        <w:t>Notas:</w:t>
      </w:r>
      <w:r w:rsidRPr="006A25C1">
        <w:t xml:space="preserve">  __________________________________________________________________________________</w:t>
      </w:r>
    </w:p>
    <w:p w14:paraId="1474D2E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0CBEBB7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I · IDENTIFICACIÓN</w:t>
      </w:r>
    </w:p>
    <w:p w14:paraId="0A1EB8BB" w14:textId="77777777" w:rsidR="004F1F97" w:rsidRPr="006A25C1" w:rsidRDefault="00000000">
      <w:pPr>
        <w:spacing w:after="20"/>
      </w:pPr>
      <w:r w:rsidRPr="006A25C1">
        <w:t>☐ ¿Qué lo dificulta?</w:t>
      </w:r>
    </w:p>
    <w:p w14:paraId="57A18AF7" w14:textId="77777777" w:rsidR="004F1F97" w:rsidRPr="006A25C1" w:rsidRDefault="00000000">
      <w:pPr>
        <w:spacing w:after="20"/>
      </w:pPr>
      <w:r w:rsidRPr="006A25C1">
        <w:t xml:space="preserve">☐ ¿Qué ya </w:t>
      </w:r>
      <w:proofErr w:type="spellStart"/>
      <w:r w:rsidRPr="006A25C1">
        <w:t>tenés</w:t>
      </w:r>
      <w:proofErr w:type="spellEnd"/>
      <w:r w:rsidRPr="006A25C1">
        <w:t xml:space="preserve"> a favor?</w:t>
      </w:r>
    </w:p>
    <w:p w14:paraId="6B5D05F0" w14:textId="77777777" w:rsidR="004F1F97" w:rsidRPr="006A25C1" w:rsidRDefault="00000000">
      <w:pPr>
        <w:spacing w:after="20"/>
      </w:pPr>
      <w:r w:rsidRPr="006A25C1">
        <w:rPr>
          <w:b/>
        </w:rPr>
        <w:t>Notas:</w:t>
      </w:r>
      <w:r w:rsidRPr="006A25C1">
        <w:t xml:space="preserve">  __________________________________________________________________________________</w:t>
      </w:r>
    </w:p>
    <w:p w14:paraId="6AB9AAB7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FD7294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O · OPCIONES</w:t>
      </w:r>
    </w:p>
    <w:p w14:paraId="2C57CA8F" w14:textId="77777777" w:rsidR="004F1F97" w:rsidRPr="006A25C1" w:rsidRDefault="00000000">
      <w:pPr>
        <w:spacing w:after="20"/>
      </w:pPr>
      <w:r w:rsidRPr="006A25C1">
        <w:t>☐ ¿Qué alternativas se te ocurren?</w:t>
      </w:r>
    </w:p>
    <w:p w14:paraId="3F029F4C" w14:textId="77777777" w:rsidR="004F1F97" w:rsidRPr="006A25C1" w:rsidRDefault="00000000">
      <w:pPr>
        <w:spacing w:after="20"/>
      </w:pPr>
      <w:r w:rsidRPr="006A25C1">
        <w:t>☐ ¿Cuál sería más realista?</w:t>
      </w:r>
    </w:p>
    <w:p w14:paraId="62A60E29" w14:textId="77777777" w:rsidR="004F1F97" w:rsidRPr="006A25C1" w:rsidRDefault="00000000">
      <w:pPr>
        <w:spacing w:after="20"/>
      </w:pPr>
      <w:r w:rsidRPr="006A25C1">
        <w:rPr>
          <w:b/>
        </w:rPr>
        <w:t>Notas:</w:t>
      </w:r>
      <w:r w:rsidRPr="006A25C1">
        <w:t xml:space="preserve">  __________________________________________________________________________________</w:t>
      </w:r>
    </w:p>
    <w:p w14:paraId="177A15C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41A2802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 · PLAN</w:t>
      </w:r>
    </w:p>
    <w:p w14:paraId="121B6AF5" w14:textId="77777777" w:rsidR="004F1F97" w:rsidRPr="006A25C1" w:rsidRDefault="00000000">
      <w:pPr>
        <w:spacing w:after="20"/>
      </w:pPr>
      <w:r w:rsidRPr="006A25C1">
        <w:t>☐ ¿Qué vas a hacer exactamente?</w:t>
      </w:r>
    </w:p>
    <w:p w14:paraId="40E2E61C" w14:textId="77777777" w:rsidR="004F1F97" w:rsidRPr="006A25C1" w:rsidRDefault="00000000">
      <w:pPr>
        <w:spacing w:after="20"/>
      </w:pPr>
      <w:r w:rsidRPr="006A25C1">
        <w:t>☐ ¿Qué harás si aparece la barrera?</w:t>
      </w:r>
    </w:p>
    <w:p w14:paraId="5BA2A759" w14:textId="77777777" w:rsidR="004F1F97" w:rsidRPr="006A25C1" w:rsidRDefault="00000000">
      <w:pPr>
        <w:spacing w:after="20"/>
      </w:pPr>
      <w:r w:rsidRPr="006A25C1">
        <w:rPr>
          <w:b/>
        </w:rPr>
        <w:t>Notas:</w:t>
      </w:r>
      <w:r w:rsidRPr="006A25C1">
        <w:t xml:space="preserve">  __________________________________________________________________________________</w:t>
      </w:r>
    </w:p>
    <w:p w14:paraId="09FADFBF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8"/>
        <w:gridCol w:w="10"/>
      </w:tblGrid>
      <w:tr w:rsidR="004F1F97" w:rsidRPr="006A25C1" w14:paraId="083559C1" w14:textId="77777777">
        <w:trPr>
          <w:gridAfter w:val="1"/>
          <w:wAfter w:w="10" w:type="dxa"/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6650C4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Recordatorio: </w:t>
            </w:r>
            <w:r w:rsidRPr="006A25C1">
              <w:t>ODIBROPA es el mapa; las habilidades de comunicación permiten recorrerlo.</w:t>
            </w:r>
          </w:p>
        </w:tc>
      </w:tr>
      <w:tr w:rsidR="004F1F97" w:rsidRPr="006A25C1" w14:paraId="642902DE" w14:textId="77777777">
        <w:trPr>
          <w:jc w:val="center"/>
        </w:trPr>
        <w:tc>
          <w:tcPr>
            <w:tcW w:w="10368" w:type="dxa"/>
            <w:gridSpan w:val="2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1C0FFFB" w14:textId="0D7D7E6E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t>ACTIVIDAD 6 · OBJETIVOS PRAMPE / SMART</w:t>
            </w:r>
          </w:p>
        </w:tc>
      </w:tr>
    </w:tbl>
    <w:p w14:paraId="145FF1D2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Del deseo general al objetivo útil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08EFC964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FCCB060" w14:textId="77777777" w:rsidR="004F1F97" w:rsidRPr="006A25C1" w:rsidRDefault="00000000">
            <w:r w:rsidRPr="006A25C1">
              <w:rPr>
                <w:b/>
                <w:color w:val="E9722C"/>
              </w:rPr>
              <w:lastRenderedPageBreak/>
              <w:t>EJEMPLO RESUELTO</w:t>
            </w:r>
          </w:p>
          <w:p w14:paraId="2A97175C" w14:textId="77777777" w:rsidR="004F1F97" w:rsidRPr="006A25C1" w:rsidRDefault="00000000">
            <w:pPr>
              <w:spacing w:after="30"/>
            </w:pPr>
            <w:r w:rsidRPr="006A25C1">
              <w:t>Deseo: “Quiero comer mejor.”</w:t>
            </w:r>
          </w:p>
          <w:p w14:paraId="0167FF04" w14:textId="77777777" w:rsidR="004F1F97" w:rsidRPr="006A25C1" w:rsidRDefault="00000000">
            <w:pPr>
              <w:spacing w:after="30"/>
            </w:pPr>
            <w:r w:rsidRPr="006A25C1">
              <w:t>Objetivo reformulado: “Durante las próximas dos semanas voy a incluir una porción de verduras en el almuerzo al menos 5 días por semana.”</w:t>
            </w:r>
          </w:p>
          <w:p w14:paraId="0DAEE0B9" w14:textId="77777777" w:rsidR="004F1F97" w:rsidRPr="006A25C1" w:rsidRDefault="00000000">
            <w:pPr>
              <w:spacing w:after="30"/>
            </w:pPr>
            <w:r w:rsidRPr="006A25C1">
              <w:t xml:space="preserve">Chequeo: es específico, medible, </w:t>
            </w:r>
            <w:proofErr w:type="spellStart"/>
            <w:r w:rsidRPr="006A25C1">
              <w:t>acordable</w:t>
            </w:r>
            <w:proofErr w:type="spellEnd"/>
            <w:r w:rsidRPr="006A25C1">
              <w:t xml:space="preserve"> y con plazo; todavía debe confirmarse que sea realista y relevante para esa persona.</w:t>
            </w:r>
          </w:p>
        </w:tc>
      </w:tr>
    </w:tbl>
    <w:p w14:paraId="720DB86F" w14:textId="77777777" w:rsidR="004F1F97" w:rsidRPr="006A25C1" w:rsidRDefault="00000000">
      <w:pPr>
        <w:spacing w:after="20"/>
      </w:pPr>
      <w:r w:rsidRPr="006A25C1">
        <w:rPr>
          <w:b/>
        </w:rPr>
        <w:t>Expresión inicial:</w:t>
      </w:r>
      <w:r w:rsidRPr="006A25C1">
        <w:t xml:space="preserve">  __________________________________________________________________________________</w:t>
      </w:r>
    </w:p>
    <w:p w14:paraId="13697E3D" w14:textId="77777777" w:rsidR="004F1F97" w:rsidRPr="006A25C1" w:rsidRDefault="00000000">
      <w:pPr>
        <w:spacing w:after="20"/>
      </w:pPr>
      <w:r w:rsidRPr="006A25C1">
        <w:rPr>
          <w:b/>
        </w:rPr>
        <w:t>Objetivo reformulado:</w:t>
      </w:r>
      <w:r w:rsidRPr="006A25C1">
        <w:t xml:space="preserve">  __________________________________________________________________________________</w:t>
      </w:r>
    </w:p>
    <w:p w14:paraId="511CA86D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53763543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8E6391B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Chequeo PRAMPE</w:t>
      </w:r>
    </w:p>
    <w:p w14:paraId="3329C4FC" w14:textId="77777777" w:rsidR="004F1F97" w:rsidRPr="006A25C1" w:rsidRDefault="00000000">
      <w:pPr>
        <w:spacing w:after="20"/>
      </w:pPr>
      <w:r w:rsidRPr="006A25C1">
        <w:t>☐ Positivo</w:t>
      </w:r>
    </w:p>
    <w:p w14:paraId="6476BAE8" w14:textId="77777777" w:rsidR="004F1F97" w:rsidRPr="006A25C1" w:rsidRDefault="00000000">
      <w:pPr>
        <w:spacing w:after="20"/>
      </w:pPr>
      <w:r w:rsidRPr="006A25C1">
        <w:t>☐ Realista</w:t>
      </w:r>
    </w:p>
    <w:p w14:paraId="39ED3B6F" w14:textId="77777777" w:rsidR="004F1F97" w:rsidRPr="006A25C1" w:rsidRDefault="00000000">
      <w:pPr>
        <w:spacing w:after="20"/>
      </w:pPr>
      <w:r w:rsidRPr="006A25C1">
        <w:t>☐ Acordado</w:t>
      </w:r>
    </w:p>
    <w:p w14:paraId="5D0DF367" w14:textId="77777777" w:rsidR="004F1F97" w:rsidRPr="006A25C1" w:rsidRDefault="00000000">
      <w:pPr>
        <w:spacing w:after="20"/>
      </w:pPr>
      <w:r w:rsidRPr="006A25C1">
        <w:t>☐ Medible</w:t>
      </w:r>
    </w:p>
    <w:p w14:paraId="7B3FADB3" w14:textId="77777777" w:rsidR="004F1F97" w:rsidRPr="006A25C1" w:rsidRDefault="00000000">
      <w:pPr>
        <w:spacing w:after="20"/>
      </w:pPr>
      <w:r w:rsidRPr="006A25C1">
        <w:t>☐ Personal</w:t>
      </w:r>
    </w:p>
    <w:p w14:paraId="54F7B2D3" w14:textId="77777777" w:rsidR="004F1F97" w:rsidRPr="006A25C1" w:rsidRDefault="00000000">
      <w:pPr>
        <w:spacing w:after="20"/>
      </w:pPr>
      <w:r w:rsidRPr="006A25C1">
        <w:t>☐ Específico</w:t>
      </w:r>
    </w:p>
    <w:p w14:paraId="3D9419CD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Chequeo SMART</w:t>
      </w:r>
    </w:p>
    <w:p w14:paraId="75AE9C72" w14:textId="77777777" w:rsidR="004F1F97" w:rsidRPr="006A25C1" w:rsidRDefault="00000000">
      <w:pPr>
        <w:spacing w:after="20"/>
      </w:pPr>
      <w:r w:rsidRPr="006A25C1">
        <w:t>☐ Específico</w:t>
      </w:r>
    </w:p>
    <w:p w14:paraId="46B4AC7D" w14:textId="77777777" w:rsidR="004F1F97" w:rsidRPr="006A25C1" w:rsidRDefault="00000000">
      <w:pPr>
        <w:spacing w:after="20"/>
      </w:pPr>
      <w:r w:rsidRPr="006A25C1">
        <w:t>☐ Medible</w:t>
      </w:r>
    </w:p>
    <w:p w14:paraId="1C4A009E" w14:textId="77777777" w:rsidR="004F1F97" w:rsidRPr="006A25C1" w:rsidRDefault="00000000">
      <w:pPr>
        <w:spacing w:after="20"/>
      </w:pPr>
      <w:r w:rsidRPr="006A25C1">
        <w:t>☐ Alcanzable</w:t>
      </w:r>
    </w:p>
    <w:p w14:paraId="5E0672A1" w14:textId="77777777" w:rsidR="004F1F97" w:rsidRPr="006A25C1" w:rsidRDefault="00000000">
      <w:pPr>
        <w:spacing w:after="20"/>
      </w:pPr>
      <w:r w:rsidRPr="006A25C1">
        <w:t>☐ Relevante</w:t>
      </w:r>
    </w:p>
    <w:p w14:paraId="38688466" w14:textId="77777777" w:rsidR="004F1F97" w:rsidRPr="006A25C1" w:rsidRDefault="00000000">
      <w:pPr>
        <w:spacing w:after="20"/>
      </w:pPr>
      <w:r w:rsidRPr="006A25C1">
        <w:t>☐ Con tiempo definido</w:t>
      </w:r>
    </w:p>
    <w:p w14:paraId="1CAC04D7" w14:textId="77777777" w:rsidR="004F1F97" w:rsidRPr="006A25C1" w:rsidRDefault="00000000">
      <w:pPr>
        <w:spacing w:after="20"/>
      </w:pPr>
      <w:r w:rsidRPr="006A25C1">
        <w:rPr>
          <w:b/>
        </w:rPr>
        <w:t>¿Qué información falta para saber si el objetivo es realmente adecuado?</w:t>
      </w:r>
      <w:r w:rsidRPr="006A25C1">
        <w:t xml:space="preserve">  __________________________________________________________________________________</w:t>
      </w:r>
    </w:p>
    <w:p w14:paraId="0E42600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236AE807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FBE62BA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7541534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7 · DISPOSICIÓN AL CAMBIO</w:t>
            </w:r>
          </w:p>
        </w:tc>
      </w:tr>
    </w:tbl>
    <w:p w14:paraId="55DE568E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Importancia y confianza no son lo mismo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654303FC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DAB6F62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44DCEEB9" w14:textId="77777777" w:rsidR="004F1F97" w:rsidRPr="006A25C1" w:rsidRDefault="00000000">
            <w:pPr>
              <w:spacing w:after="30"/>
            </w:pPr>
            <w:r w:rsidRPr="006A25C1">
              <w:t>Paciente: “Quiero empezar a caminar, pero no sé si voy a sostenerlo.”</w:t>
            </w:r>
          </w:p>
          <w:p w14:paraId="6ABF0D2A" w14:textId="77777777" w:rsidR="004F1F97" w:rsidRPr="006A25C1" w:rsidRDefault="00000000">
            <w:pPr>
              <w:spacing w:after="30"/>
            </w:pPr>
            <w:r w:rsidRPr="006A25C1">
              <w:t>Importancia: 9/10. Pregunta: “¿Por qué 9 y no 5?” Respuesta: “Porque me preocupa mi salud y quiero tener más energía.”</w:t>
            </w:r>
          </w:p>
          <w:p w14:paraId="3E68FBEB" w14:textId="77777777" w:rsidR="004F1F97" w:rsidRPr="006A25C1" w:rsidRDefault="00000000">
            <w:pPr>
              <w:spacing w:after="30"/>
            </w:pPr>
            <w:r w:rsidRPr="006A25C1">
              <w:t>Confianza: 5/10. Pregunta: “¿Qué haría que sea 7?” Respuesta: “Empezar con 15 minutos y no con 45.”</w:t>
            </w:r>
          </w:p>
          <w:p w14:paraId="5C954348" w14:textId="77777777" w:rsidR="004F1F97" w:rsidRPr="006A25C1" w:rsidRDefault="00000000">
            <w:pPr>
              <w:spacing w:after="30"/>
            </w:pPr>
            <w:r w:rsidRPr="006A25C1">
              <w:t>Aprendizaje: la motivación era alta; el plan era demasiado exigente.</w:t>
            </w:r>
          </w:p>
        </w:tc>
      </w:tr>
    </w:tbl>
    <w:p w14:paraId="56FCCACA" w14:textId="77777777" w:rsidR="004F1F97" w:rsidRPr="006A25C1" w:rsidRDefault="00000000">
      <w:pPr>
        <w:spacing w:after="20"/>
      </w:pPr>
      <w:r w:rsidRPr="006A25C1">
        <w:rPr>
          <w:b/>
        </w:rPr>
        <w:t>Cambio que quiero explorar:</w:t>
      </w:r>
      <w:r w:rsidRPr="006A25C1">
        <w:t xml:space="preserve">  __________________________________________________________________________________</w:t>
      </w:r>
    </w:p>
    <w:p w14:paraId="3AFC84F8" w14:textId="77777777" w:rsidR="004F1F97" w:rsidRPr="006A25C1" w:rsidRDefault="00000000">
      <w:pPr>
        <w:spacing w:after="20"/>
      </w:pPr>
      <w:r w:rsidRPr="006A25C1">
        <w:rPr>
          <w:b/>
        </w:rPr>
        <w:t>Importancia 0–10:</w:t>
      </w:r>
      <w:r w:rsidRPr="006A25C1">
        <w:t xml:space="preserve">  __________________________________________________________________________________</w:t>
      </w:r>
    </w:p>
    <w:p w14:paraId="0485F2EB" w14:textId="77777777" w:rsidR="004F1F97" w:rsidRPr="006A25C1" w:rsidRDefault="00000000">
      <w:pPr>
        <w:spacing w:after="20"/>
      </w:pPr>
      <w:r w:rsidRPr="006A25C1">
        <w:rPr>
          <w:b/>
        </w:rPr>
        <w:t>¿Por qué ese número y no uno menor?</w:t>
      </w:r>
      <w:r w:rsidRPr="006A25C1">
        <w:t xml:space="preserve">  __________________________________________________________________________________</w:t>
      </w:r>
    </w:p>
    <w:p w14:paraId="21C4C62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4F2F3DB" w14:textId="77777777" w:rsidR="004F1F97" w:rsidRPr="006A25C1" w:rsidRDefault="00000000">
      <w:pPr>
        <w:spacing w:after="20"/>
      </w:pPr>
      <w:r w:rsidRPr="006A25C1">
        <w:rPr>
          <w:b/>
        </w:rPr>
        <w:t>Confianza 0–10:</w:t>
      </w:r>
      <w:r w:rsidRPr="006A25C1">
        <w:t xml:space="preserve">  __________________________________________________________________________________</w:t>
      </w:r>
    </w:p>
    <w:p w14:paraId="4781CDAF" w14:textId="77777777" w:rsidR="004F1F97" w:rsidRPr="006A25C1" w:rsidRDefault="00000000">
      <w:pPr>
        <w:spacing w:after="20"/>
      </w:pPr>
      <w:r w:rsidRPr="006A25C1">
        <w:rPr>
          <w:b/>
        </w:rPr>
        <w:t>¿Qué habría que ajustar para aumentar la confianza?</w:t>
      </w:r>
      <w:r w:rsidRPr="006A25C1">
        <w:t xml:space="preserve">  __________________________________________________________________________________</w:t>
      </w:r>
    </w:p>
    <w:p w14:paraId="59BC8418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0317243E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247E89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Clave: </w:t>
            </w:r>
            <w:r w:rsidRPr="006A25C1">
              <w:t>Si la confianza es baja, no siempre falta motivación. A veces el objetivo o el plan son demasiado exigentes.</w:t>
            </w:r>
          </w:p>
        </w:tc>
      </w:tr>
    </w:tbl>
    <w:p w14:paraId="29D6032A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5DBCDF86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443549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8 · BARRERAS Y RECURSOS</w:t>
            </w:r>
          </w:p>
        </w:tc>
      </w:tr>
    </w:tbl>
    <w:p w14:paraId="31D805C0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No mirar solo lo que falta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0AE2BB9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7616A12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7F2F0DC6" w14:textId="77777777" w:rsidR="004F1F97" w:rsidRPr="006A25C1" w:rsidRDefault="00000000">
            <w:pPr>
              <w:spacing w:after="30"/>
            </w:pPr>
            <w:r w:rsidRPr="006A25C1">
              <w:t>Caso: “Quiero preparar mis cenas, pero cuando llego del trabajo estoy agotada.”</w:t>
            </w:r>
          </w:p>
          <w:p w14:paraId="4B3071F2" w14:textId="77777777" w:rsidR="004F1F97" w:rsidRPr="006A25C1" w:rsidRDefault="00000000">
            <w:pPr>
              <w:spacing w:after="30"/>
            </w:pPr>
            <w:r w:rsidRPr="006A25C1">
              <w:t>Barreras: cansancio, llegar tarde, no tener ingredientes listos.</w:t>
            </w:r>
          </w:p>
          <w:p w14:paraId="1C902510" w14:textId="77777777" w:rsidR="004F1F97" w:rsidRPr="006A25C1" w:rsidRDefault="00000000">
            <w:pPr>
              <w:spacing w:after="30"/>
            </w:pPr>
            <w:r w:rsidRPr="006A25C1">
              <w:t>Recursos: freezer, cocina los domingos, ya organiza bien los almuerzos, pareja disponible para colaborar.</w:t>
            </w:r>
          </w:p>
          <w:p w14:paraId="60EA899D" w14:textId="77777777" w:rsidR="004F1F97" w:rsidRPr="006A25C1" w:rsidRDefault="00000000">
            <w:pPr>
              <w:spacing w:after="30"/>
            </w:pPr>
            <w:r w:rsidRPr="006A25C1">
              <w:t>Pregunta útil: “¿Qué de lo que ya te funciona con el almuerzo podrías trasladar a la cena?”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4F1F97" w:rsidRPr="006A25C1" w14:paraId="400B68CB" w14:textId="77777777">
        <w:trPr>
          <w:jc w:val="center"/>
        </w:trPr>
        <w:tc>
          <w:tcPr>
            <w:tcW w:w="5184" w:type="dxa"/>
            <w:shd w:val="clear" w:color="auto" w:fill="174A3B"/>
          </w:tcPr>
          <w:p w14:paraId="54D009F5" w14:textId="77777777" w:rsidR="004F1F97" w:rsidRPr="006A25C1" w:rsidRDefault="00000000">
            <w:r w:rsidRPr="006A25C1">
              <w:rPr>
                <w:b/>
                <w:color w:val="FFFFFF"/>
              </w:rPr>
              <w:t>Barreras</w:t>
            </w:r>
          </w:p>
        </w:tc>
        <w:tc>
          <w:tcPr>
            <w:tcW w:w="5184" w:type="dxa"/>
            <w:shd w:val="clear" w:color="auto" w:fill="174A3B"/>
          </w:tcPr>
          <w:p w14:paraId="4C1AED38" w14:textId="77777777" w:rsidR="004F1F97" w:rsidRPr="006A25C1" w:rsidRDefault="00000000">
            <w:r w:rsidRPr="006A25C1">
              <w:rPr>
                <w:b/>
                <w:color w:val="FFFFFF"/>
              </w:rPr>
              <w:t>Recursos / fortalezas</w:t>
            </w:r>
          </w:p>
        </w:tc>
      </w:tr>
      <w:tr w:rsidR="004F1F97" w:rsidRPr="006A25C1" w14:paraId="094D472C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BFF95C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CDE815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5F3C2035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B018C8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2B39A88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36C1D28D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0AC7210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A09D5E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</w:tbl>
    <w:p w14:paraId="44B735ED" w14:textId="77777777" w:rsidR="004F1F97" w:rsidRPr="006A25C1" w:rsidRDefault="00000000">
      <w:pPr>
        <w:spacing w:after="20"/>
      </w:pPr>
      <w:r w:rsidRPr="006A25C1">
        <w:rPr>
          <w:b/>
        </w:rPr>
        <w:t>Recurso que el paciente elige activar:</w:t>
      </w:r>
      <w:r w:rsidRPr="006A25C1">
        <w:t xml:space="preserve">  __________________________________________________________________________________</w:t>
      </w:r>
    </w:p>
    <w:p w14:paraId="439CA29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B170885" w14:textId="77777777" w:rsidR="004F1F97" w:rsidRPr="006A25C1" w:rsidRDefault="00000000">
      <w:pPr>
        <w:spacing w:after="20"/>
      </w:pPr>
      <w:r w:rsidRPr="006A25C1">
        <w:rPr>
          <w:b/>
        </w:rPr>
        <w:t>Pregunta que usaría para evocarlo:</w:t>
      </w:r>
      <w:r w:rsidRPr="006A25C1">
        <w:t xml:space="preserve">  __________________________________________________________________________________</w:t>
      </w:r>
    </w:p>
    <w:p w14:paraId="6DAECBF4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5D3305F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955DB43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1F39988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9 · RUEDA DE LA ALIMENTACIÓN</w:t>
            </w:r>
          </w:p>
        </w:tc>
      </w:tr>
    </w:tbl>
    <w:p w14:paraId="5DC95FB2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Observar, priorizar y elegir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FE77F93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1691F03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08D7666C" w14:textId="77777777" w:rsidR="004F1F97" w:rsidRPr="006A25C1" w:rsidRDefault="00000000">
            <w:pPr>
              <w:spacing w:after="30"/>
            </w:pPr>
            <w:r w:rsidRPr="006A25C1">
              <w:t>Puntajes: planificación 4, hidratación 7, alimentación 6, hambre/saciedad 5, movimiento 3, descanso 4, comida emocional 5, confianza 6.</w:t>
            </w:r>
          </w:p>
          <w:p w14:paraId="4A80F6C7" w14:textId="77777777" w:rsidR="004F1F97" w:rsidRPr="006A25C1" w:rsidRDefault="00000000">
            <w:pPr>
              <w:spacing w:after="30"/>
            </w:pPr>
            <w:r w:rsidRPr="006A25C1">
              <w:t>Elección del paciente: trabajar planificación, aunque movimiento tenga menor puntaje.</w:t>
            </w:r>
          </w:p>
          <w:p w14:paraId="50881D50" w14:textId="77777777" w:rsidR="004F1F97" w:rsidRPr="006A25C1" w:rsidRDefault="00000000">
            <w:pPr>
              <w:spacing w:after="30"/>
            </w:pPr>
            <w:r w:rsidRPr="006A25C1">
              <w:t>Pregunta: “¿Qué sería pasar de 4 a 5 en planificación?”</w:t>
            </w:r>
          </w:p>
          <w:p w14:paraId="10D96AEB" w14:textId="77777777" w:rsidR="004F1F97" w:rsidRPr="006A25C1" w:rsidRDefault="00000000">
            <w:pPr>
              <w:spacing w:after="30"/>
            </w:pPr>
            <w:r w:rsidRPr="006A25C1">
              <w:t>Respuesta: “Definir dos cenas antes de empezar la semana.”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3452"/>
        <w:gridCol w:w="3453"/>
      </w:tblGrid>
      <w:tr w:rsidR="004F1F97" w:rsidRPr="006A25C1" w14:paraId="01C4ACFB" w14:textId="77777777">
        <w:trPr>
          <w:jc w:val="center"/>
        </w:trPr>
        <w:tc>
          <w:tcPr>
            <w:tcW w:w="3456" w:type="dxa"/>
            <w:shd w:val="clear" w:color="auto" w:fill="174A3B"/>
          </w:tcPr>
          <w:p w14:paraId="6F16322B" w14:textId="77777777" w:rsidR="004F1F97" w:rsidRPr="006A25C1" w:rsidRDefault="00000000">
            <w:r w:rsidRPr="006A25C1">
              <w:rPr>
                <w:b/>
                <w:color w:val="FFFFFF"/>
              </w:rPr>
              <w:t>Área</w:t>
            </w:r>
          </w:p>
        </w:tc>
        <w:tc>
          <w:tcPr>
            <w:tcW w:w="3456" w:type="dxa"/>
            <w:shd w:val="clear" w:color="auto" w:fill="174A3B"/>
          </w:tcPr>
          <w:p w14:paraId="418FA0EB" w14:textId="77777777" w:rsidR="004F1F97" w:rsidRPr="006A25C1" w:rsidRDefault="00000000">
            <w:r w:rsidRPr="006A25C1">
              <w:rPr>
                <w:b/>
                <w:color w:val="FFFFFF"/>
              </w:rPr>
              <w:t>Puntaje 1–10</w:t>
            </w:r>
          </w:p>
        </w:tc>
        <w:tc>
          <w:tcPr>
            <w:tcW w:w="3456" w:type="dxa"/>
            <w:shd w:val="clear" w:color="auto" w:fill="174A3B"/>
          </w:tcPr>
          <w:p w14:paraId="3E1D369B" w14:textId="77777777" w:rsidR="004F1F97" w:rsidRPr="006A25C1" w:rsidRDefault="00000000">
            <w:r w:rsidRPr="006A25C1">
              <w:rPr>
                <w:b/>
                <w:color w:val="FFFFFF"/>
              </w:rPr>
              <w:t>Comentario</w:t>
            </w:r>
          </w:p>
        </w:tc>
      </w:tr>
      <w:tr w:rsidR="004F1F97" w:rsidRPr="006A25C1" w14:paraId="5772556D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12CD666" w14:textId="77777777" w:rsidR="004F1F97" w:rsidRPr="006A25C1" w:rsidRDefault="00000000">
            <w:r w:rsidRPr="006A25C1">
              <w:t>Planificación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29F041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F2DF6E" w14:textId="77777777" w:rsidR="004F1F97" w:rsidRPr="006A25C1" w:rsidRDefault="004F1F97"/>
        </w:tc>
      </w:tr>
      <w:tr w:rsidR="004F1F97" w:rsidRPr="006A25C1" w14:paraId="14436D76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4427F7" w14:textId="77777777" w:rsidR="004F1F97" w:rsidRPr="006A25C1" w:rsidRDefault="00000000">
            <w:r w:rsidRPr="006A25C1">
              <w:t>Hidratación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BE01C0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956067B" w14:textId="77777777" w:rsidR="004F1F97" w:rsidRPr="006A25C1" w:rsidRDefault="004F1F97"/>
        </w:tc>
      </w:tr>
      <w:tr w:rsidR="004F1F97" w:rsidRPr="006A25C1" w14:paraId="51D23086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CAF3FF" w14:textId="77777777" w:rsidR="004F1F97" w:rsidRPr="006A25C1" w:rsidRDefault="00000000">
            <w:r w:rsidRPr="006A25C1">
              <w:t>Calidad de alimentación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FF7D50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97753AE" w14:textId="77777777" w:rsidR="004F1F97" w:rsidRPr="006A25C1" w:rsidRDefault="004F1F97"/>
        </w:tc>
      </w:tr>
      <w:tr w:rsidR="004F1F97" w:rsidRPr="006A25C1" w14:paraId="09C79888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79C5741" w14:textId="77777777" w:rsidR="004F1F97" w:rsidRPr="006A25C1" w:rsidRDefault="00000000">
            <w:r w:rsidRPr="006A25C1">
              <w:t>Hambre y saciedad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3CC1289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6EFD4E8" w14:textId="77777777" w:rsidR="004F1F97" w:rsidRPr="006A25C1" w:rsidRDefault="004F1F97"/>
        </w:tc>
      </w:tr>
      <w:tr w:rsidR="004F1F97" w:rsidRPr="006A25C1" w14:paraId="597E73C6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33617D" w14:textId="77777777" w:rsidR="004F1F97" w:rsidRPr="006A25C1" w:rsidRDefault="00000000">
            <w:r w:rsidRPr="006A25C1">
              <w:t>Movimiento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32FC835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B208440" w14:textId="77777777" w:rsidR="004F1F97" w:rsidRPr="006A25C1" w:rsidRDefault="004F1F97"/>
        </w:tc>
      </w:tr>
      <w:tr w:rsidR="004F1F97" w:rsidRPr="006A25C1" w14:paraId="78024BFF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2C5BC1" w14:textId="77777777" w:rsidR="004F1F97" w:rsidRPr="006A25C1" w:rsidRDefault="00000000">
            <w:r w:rsidRPr="006A25C1">
              <w:t>Descanso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7C8D960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47FEAF" w14:textId="77777777" w:rsidR="004F1F97" w:rsidRPr="006A25C1" w:rsidRDefault="004F1F97"/>
        </w:tc>
      </w:tr>
      <w:tr w:rsidR="004F1F97" w:rsidRPr="006A25C1" w14:paraId="2A48C73B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B2A8055" w14:textId="77777777" w:rsidR="004F1F97" w:rsidRPr="006A25C1" w:rsidRDefault="00000000">
            <w:r w:rsidRPr="006A25C1">
              <w:t>Comida emocional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89F8BE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18963F" w14:textId="77777777" w:rsidR="004F1F97" w:rsidRPr="006A25C1" w:rsidRDefault="004F1F97"/>
        </w:tc>
      </w:tr>
      <w:tr w:rsidR="004F1F97" w:rsidRPr="006A25C1" w14:paraId="4E32312B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0FDBD4" w14:textId="77777777" w:rsidR="004F1F97" w:rsidRPr="006A25C1" w:rsidRDefault="00000000">
            <w:r w:rsidRPr="006A25C1">
              <w:t>Confianza para sostener cambios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71331A" w14:textId="77777777" w:rsidR="004F1F97" w:rsidRPr="006A25C1" w:rsidRDefault="004F1F97"/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DC2332D" w14:textId="77777777" w:rsidR="004F1F97" w:rsidRPr="006A25C1" w:rsidRDefault="004F1F97"/>
        </w:tc>
      </w:tr>
    </w:tbl>
    <w:p w14:paraId="76952725" w14:textId="77777777" w:rsidR="004F1F97" w:rsidRPr="006A25C1" w:rsidRDefault="00000000">
      <w:pPr>
        <w:spacing w:after="20"/>
      </w:pPr>
      <w:r w:rsidRPr="006A25C1">
        <w:rPr>
          <w:b/>
        </w:rPr>
        <w:t>¿Qué área tendría mayor impacto si subiera solo un punto?</w:t>
      </w:r>
      <w:r w:rsidRPr="006A25C1">
        <w:t xml:space="preserve">  __________________________________________________________________________________</w:t>
      </w:r>
    </w:p>
    <w:p w14:paraId="530B9F31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FE6F23D" w14:textId="77777777" w:rsidR="004F1F97" w:rsidRPr="006A25C1" w:rsidRDefault="00000000">
      <w:pPr>
        <w:spacing w:after="20"/>
      </w:pPr>
      <w:r w:rsidRPr="006A25C1">
        <w:rPr>
          <w:b/>
        </w:rPr>
        <w:t>¿Qué fortaleza aparece en tu rueda?</w:t>
      </w:r>
      <w:r w:rsidRPr="006A25C1">
        <w:t xml:space="preserve">  __________________________________________________________________________________</w:t>
      </w:r>
    </w:p>
    <w:p w14:paraId="59E80D63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3656794A" w14:textId="77777777" w:rsidR="004F1F97" w:rsidRPr="006A25C1" w:rsidRDefault="00000000">
      <w:pPr>
        <w:spacing w:after="20"/>
      </w:pPr>
      <w:r w:rsidRPr="006A25C1">
        <w:rPr>
          <w:b/>
        </w:rPr>
        <w:t>¿Qué sería subir un punto?</w:t>
      </w:r>
      <w:r w:rsidRPr="006A25C1">
        <w:t xml:space="preserve">  __________________________________________________________________________________</w:t>
      </w:r>
    </w:p>
    <w:p w14:paraId="2E77DC0F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4741EC90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403D60E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1D243B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10 · DIÁLOGO INTERNO</w:t>
            </w:r>
          </w:p>
        </w:tc>
      </w:tr>
    </w:tbl>
    <w:p w14:paraId="6237C321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De la autocrítica a una formulación útil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ED744ED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045C659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5FD6F363" w14:textId="77777777" w:rsidR="004F1F97" w:rsidRPr="006A25C1" w:rsidRDefault="00000000">
            <w:pPr>
              <w:spacing w:after="30"/>
            </w:pPr>
            <w:r w:rsidRPr="006A25C1">
              <w:t>Pensamiento automático: “No tengo fuerza de voluntad.”</w:t>
            </w:r>
          </w:p>
          <w:p w14:paraId="5443F980" w14:textId="77777777" w:rsidR="004F1F97" w:rsidRPr="006A25C1" w:rsidRDefault="00000000">
            <w:pPr>
              <w:spacing w:after="30"/>
            </w:pPr>
            <w:r w:rsidRPr="006A25C1">
              <w:t>Reformulación: “Hay momentos en los que me cuesta sostener lo que me propongo. Puedo identificar qué ocurre en esos momentos y diseñar una estrategia.”</w:t>
            </w:r>
          </w:p>
          <w:p w14:paraId="4EC789DA" w14:textId="77777777" w:rsidR="004F1F97" w:rsidRPr="006A25C1" w:rsidRDefault="00000000">
            <w:pPr>
              <w:spacing w:after="30"/>
            </w:pPr>
            <w:r w:rsidRPr="006A25C1">
              <w:t>Pensamiento automático: “Arruiné todo el día.”</w:t>
            </w:r>
          </w:p>
          <w:p w14:paraId="58004EAE" w14:textId="77777777" w:rsidR="004F1F97" w:rsidRPr="006A25C1" w:rsidRDefault="00000000">
            <w:pPr>
              <w:spacing w:after="30"/>
            </w:pPr>
            <w:r w:rsidRPr="006A25C1">
              <w:t>Reformulación: “Hubo una comida diferente a lo planificado; la siguiente decisión sigue disponible.”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4F1F97" w:rsidRPr="006A25C1" w14:paraId="4EEE87EC" w14:textId="77777777">
        <w:trPr>
          <w:jc w:val="center"/>
        </w:trPr>
        <w:tc>
          <w:tcPr>
            <w:tcW w:w="5184" w:type="dxa"/>
            <w:shd w:val="clear" w:color="auto" w:fill="174A3B"/>
          </w:tcPr>
          <w:p w14:paraId="437BF829" w14:textId="77777777" w:rsidR="004F1F97" w:rsidRPr="006A25C1" w:rsidRDefault="00000000">
            <w:r w:rsidRPr="006A25C1">
              <w:rPr>
                <w:b/>
                <w:color w:val="FFFFFF"/>
              </w:rPr>
              <w:t>Pensamiento automático</w:t>
            </w:r>
          </w:p>
        </w:tc>
        <w:tc>
          <w:tcPr>
            <w:tcW w:w="5184" w:type="dxa"/>
            <w:shd w:val="clear" w:color="auto" w:fill="174A3B"/>
          </w:tcPr>
          <w:p w14:paraId="05EC225A" w14:textId="77777777" w:rsidR="004F1F97" w:rsidRPr="006A25C1" w:rsidRDefault="00000000">
            <w:r w:rsidRPr="006A25C1">
              <w:rPr>
                <w:b/>
                <w:color w:val="FFFFFF"/>
              </w:rPr>
              <w:t>Reformulación realista y útil</w:t>
            </w:r>
          </w:p>
        </w:tc>
      </w:tr>
      <w:tr w:rsidR="004F1F97" w:rsidRPr="006A25C1" w14:paraId="4C1AE860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E14F8A" w14:textId="77777777" w:rsidR="004F1F97" w:rsidRPr="006A25C1" w:rsidRDefault="00000000">
            <w:r w:rsidRPr="006A25C1">
              <w:t>Siempre abandono.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1B51CB3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7A5C95B0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5193B3" w14:textId="77777777" w:rsidR="004F1F97" w:rsidRPr="006A25C1" w:rsidRDefault="00000000">
            <w:r w:rsidRPr="006A25C1">
              <w:t>Soy un desastre.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79C184A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14907BB7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CE773BA" w14:textId="77777777" w:rsidR="004F1F97" w:rsidRPr="006A25C1" w:rsidRDefault="00000000">
            <w:r w:rsidRPr="006A25C1">
              <w:t>Si comí esto ya arruiné todo.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64F8AE6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5D7C2B14" w14:textId="77777777">
        <w:trPr>
          <w:jc w:val="center"/>
        </w:trPr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5E6CD03" w14:textId="77777777" w:rsidR="004F1F97" w:rsidRPr="006A25C1" w:rsidRDefault="00000000">
            <w:r w:rsidRPr="006A25C1">
              <w:t>Nunca puedo.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53A20B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</w:tbl>
    <w:p w14:paraId="7F8D891D" w14:textId="77777777" w:rsidR="004F1F97" w:rsidRPr="006A25C1" w:rsidRDefault="00000000">
      <w:pPr>
        <w:spacing w:after="20"/>
      </w:pPr>
      <w:r w:rsidRPr="006A25C1">
        <w:rPr>
          <w:b/>
        </w:rPr>
        <w:t>¿Qué situación dispara el pensamiento?</w:t>
      </w:r>
      <w:r w:rsidRPr="006A25C1">
        <w:t xml:space="preserve">  __________________________________________________________________________________</w:t>
      </w:r>
    </w:p>
    <w:p w14:paraId="73D20F20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5C9B268D" w14:textId="77777777" w:rsidR="004F1F97" w:rsidRPr="006A25C1" w:rsidRDefault="00000000">
      <w:pPr>
        <w:spacing w:after="20"/>
      </w:pPr>
      <w:r w:rsidRPr="006A25C1">
        <w:rPr>
          <w:b/>
        </w:rPr>
        <w:t>¿Qué respuesta sería más útil?</w:t>
      </w:r>
      <w:r w:rsidRPr="006A25C1">
        <w:t xml:space="preserve">  __________________________________________________________________________________</w:t>
      </w:r>
    </w:p>
    <w:p w14:paraId="4722C6A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C2C40A0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595A26C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B7FDEF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11 · MOTIVACIÓN: EL PARA QUÉ</w:t>
            </w:r>
          </w:p>
        </w:tc>
      </w:tr>
    </w:tbl>
    <w:p w14:paraId="0884F8F5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Conectar la meta con significado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9A15767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04F7BE2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345085BD" w14:textId="77777777" w:rsidR="004F1F97" w:rsidRPr="006A25C1" w:rsidRDefault="00000000">
            <w:pPr>
              <w:spacing w:after="30"/>
            </w:pPr>
            <w:r w:rsidRPr="006A25C1">
              <w:t>Meta: “Quiero bajar 10 kilos.”</w:t>
            </w:r>
          </w:p>
          <w:p w14:paraId="10276839" w14:textId="77777777" w:rsidR="004F1F97" w:rsidRPr="006A25C1" w:rsidRDefault="00000000">
            <w:pPr>
              <w:spacing w:after="30"/>
            </w:pPr>
            <w:r w:rsidRPr="006A25C1">
              <w:t>¿Para qué?: “Para sentirme mejor.”</w:t>
            </w:r>
          </w:p>
          <w:p w14:paraId="52D60DE6" w14:textId="77777777" w:rsidR="004F1F97" w:rsidRPr="006A25C1" w:rsidRDefault="00000000">
            <w:pPr>
              <w:spacing w:after="30"/>
            </w:pPr>
            <w:r w:rsidRPr="006A25C1">
              <w:t>Profundización: “¿Qué significaría sentirte mejor?”</w:t>
            </w:r>
          </w:p>
          <w:p w14:paraId="78E01D6C" w14:textId="77777777" w:rsidR="004F1F97" w:rsidRPr="006A25C1" w:rsidRDefault="00000000">
            <w:pPr>
              <w:spacing w:after="30"/>
            </w:pPr>
            <w:r w:rsidRPr="006A25C1">
              <w:t>Respuesta: “Tener energía para jugar con mis hijos sin cansarme tanto.”</w:t>
            </w:r>
          </w:p>
          <w:p w14:paraId="48D5B584" w14:textId="77777777" w:rsidR="004F1F97" w:rsidRPr="006A25C1" w:rsidRDefault="00000000">
            <w:pPr>
              <w:spacing w:after="30"/>
            </w:pPr>
            <w:r w:rsidRPr="006A25C1">
              <w:t>Lectura coaching: los kilos son la meta visible; el significado personal puede ser el motor del cambio.</w:t>
            </w:r>
          </w:p>
        </w:tc>
      </w:tr>
    </w:tbl>
    <w:p w14:paraId="4DA2EB13" w14:textId="77777777" w:rsidR="004F1F97" w:rsidRPr="006A25C1" w:rsidRDefault="00000000">
      <w:pPr>
        <w:spacing w:after="20"/>
      </w:pPr>
      <w:r w:rsidRPr="006A25C1">
        <w:rPr>
          <w:b/>
        </w:rPr>
        <w:t>Meta inicial:</w:t>
      </w:r>
      <w:r w:rsidRPr="006A25C1">
        <w:t xml:space="preserve">  __________________________________________________________________________________</w:t>
      </w:r>
    </w:p>
    <w:p w14:paraId="7E211DE0" w14:textId="77777777" w:rsidR="004F1F97" w:rsidRPr="006A25C1" w:rsidRDefault="00000000">
      <w:pPr>
        <w:spacing w:after="20"/>
      </w:pPr>
      <w:r w:rsidRPr="006A25C1">
        <w:rPr>
          <w:b/>
        </w:rPr>
        <w:t xml:space="preserve">¿Para qué </w:t>
      </w:r>
      <w:proofErr w:type="spellStart"/>
      <w:r w:rsidRPr="006A25C1">
        <w:rPr>
          <w:b/>
        </w:rPr>
        <w:t>querés</w:t>
      </w:r>
      <w:proofErr w:type="spellEnd"/>
      <w:r w:rsidRPr="006A25C1">
        <w:rPr>
          <w:b/>
        </w:rPr>
        <w:t xml:space="preserve"> lograrlo?</w:t>
      </w:r>
      <w:r w:rsidRPr="006A25C1">
        <w:t xml:space="preserve">  __________________________________________________________________________________</w:t>
      </w:r>
    </w:p>
    <w:p w14:paraId="578422BE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335C358" w14:textId="77777777" w:rsidR="004F1F97" w:rsidRPr="006A25C1" w:rsidRDefault="00000000">
      <w:pPr>
        <w:spacing w:after="20"/>
      </w:pPr>
      <w:r w:rsidRPr="006A25C1">
        <w:rPr>
          <w:b/>
        </w:rPr>
        <w:t>¿Qué significaría eso en tu vida cotidiana?</w:t>
      </w:r>
      <w:r w:rsidRPr="006A25C1">
        <w:t xml:space="preserve">  __________________________________________________________________________________</w:t>
      </w:r>
    </w:p>
    <w:p w14:paraId="4093C52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FFF8697" w14:textId="77777777" w:rsidR="004F1F97" w:rsidRPr="006A25C1" w:rsidRDefault="00000000">
      <w:pPr>
        <w:spacing w:after="20"/>
      </w:pPr>
      <w:r w:rsidRPr="006A25C1">
        <w:rPr>
          <w:b/>
        </w:rPr>
        <w:t>¿Qué valor personal hay detrás?</w:t>
      </w:r>
      <w:r w:rsidRPr="006A25C1">
        <w:t xml:space="preserve">  __________________________________________________________________________________</w:t>
      </w:r>
    </w:p>
    <w:p w14:paraId="08DB57C1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1C23531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271404F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7F8DD6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12 · VISUALIZACIÓN</w:t>
            </w:r>
          </w:p>
        </w:tc>
      </w:tr>
    </w:tbl>
    <w:p w14:paraId="6DBCCA06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Del futuro deseado a una conducta presente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A0B2689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E9F3246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3C58AF6D" w14:textId="77777777" w:rsidR="004F1F97" w:rsidRPr="006A25C1" w:rsidRDefault="00000000">
            <w:pPr>
              <w:spacing w:after="30"/>
            </w:pPr>
            <w:r w:rsidRPr="006A25C1">
              <w:t>Cambio elegido: organizar mejor las cenas.</w:t>
            </w:r>
          </w:p>
          <w:p w14:paraId="314EB626" w14:textId="77777777" w:rsidR="004F1F97" w:rsidRPr="006A25C1" w:rsidRDefault="00000000">
            <w:pPr>
              <w:spacing w:after="30"/>
            </w:pPr>
            <w:r w:rsidRPr="006A25C1">
              <w:t>Visualización a 3 meses: “Llego a casa y ya tengo una opción prevista; no tengo que decidir agotada.”</w:t>
            </w:r>
          </w:p>
          <w:p w14:paraId="33AEA992" w14:textId="77777777" w:rsidR="004F1F97" w:rsidRPr="006A25C1" w:rsidRDefault="00000000">
            <w:pPr>
              <w:spacing w:after="30"/>
            </w:pPr>
            <w:r w:rsidRPr="006A25C1">
              <w:t>Conducta observable: planifica dos cenas el domingo y deja una preparación base lista.</w:t>
            </w:r>
          </w:p>
          <w:p w14:paraId="4EAC10BE" w14:textId="77777777" w:rsidR="004F1F97" w:rsidRPr="006A25C1" w:rsidRDefault="00000000">
            <w:pPr>
              <w:spacing w:after="30"/>
            </w:pPr>
            <w:r w:rsidRPr="006A25C1">
              <w:t>Puente a la acción: “Esta semana puedo empezar eligiendo solo dos cenas.”</w:t>
            </w:r>
          </w:p>
        </w:tc>
      </w:tr>
    </w:tbl>
    <w:p w14:paraId="58D2239E" w14:textId="77777777" w:rsidR="004F1F97" w:rsidRPr="006A25C1" w:rsidRDefault="00000000">
      <w:pPr>
        <w:spacing w:after="20"/>
      </w:pPr>
      <w:r w:rsidRPr="006A25C1">
        <w:rPr>
          <w:b/>
        </w:rPr>
        <w:t xml:space="preserve">¿Qué cambio </w:t>
      </w:r>
      <w:proofErr w:type="spellStart"/>
      <w:r w:rsidRPr="006A25C1">
        <w:rPr>
          <w:b/>
        </w:rPr>
        <w:t>querés</w:t>
      </w:r>
      <w:proofErr w:type="spellEnd"/>
      <w:r w:rsidRPr="006A25C1">
        <w:rPr>
          <w:b/>
        </w:rPr>
        <w:t xml:space="preserve"> sostener?</w:t>
      </w:r>
      <w:r w:rsidRPr="006A25C1">
        <w:t xml:space="preserve">  __________________________________________________________________________________</w:t>
      </w:r>
    </w:p>
    <w:p w14:paraId="10AD5A0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563EBDA" w14:textId="77777777" w:rsidR="004F1F97" w:rsidRPr="006A25C1" w:rsidRDefault="00000000">
      <w:pPr>
        <w:spacing w:after="20"/>
      </w:pPr>
      <w:r w:rsidRPr="006A25C1">
        <w:rPr>
          <w:b/>
        </w:rPr>
        <w:t>¿Qué estás haciendo diferente dentro de tres meses?</w:t>
      </w:r>
      <w:r w:rsidRPr="006A25C1">
        <w:t xml:space="preserve">  __________________________________________________________________________________</w:t>
      </w:r>
    </w:p>
    <w:p w14:paraId="455BE934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20E5604" w14:textId="77777777" w:rsidR="004F1F97" w:rsidRPr="006A25C1" w:rsidRDefault="00000000">
      <w:pPr>
        <w:spacing w:after="20"/>
      </w:pPr>
      <w:r w:rsidRPr="006A25C1">
        <w:rPr>
          <w:b/>
        </w:rPr>
        <w:t>¿Qué dificultad aprendiste a manejar?</w:t>
      </w:r>
      <w:r w:rsidRPr="006A25C1">
        <w:t xml:space="preserve">  __________________________________________________________________________________</w:t>
      </w:r>
    </w:p>
    <w:p w14:paraId="2B06C766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3E1C55EB" w14:textId="77777777" w:rsidR="004F1F97" w:rsidRPr="006A25C1" w:rsidRDefault="00000000">
      <w:pPr>
        <w:spacing w:after="20"/>
      </w:pPr>
      <w:r w:rsidRPr="006A25C1">
        <w:rPr>
          <w:b/>
        </w:rPr>
        <w:t xml:space="preserve">¿Qué conducta de esa versión futura </w:t>
      </w:r>
      <w:proofErr w:type="spellStart"/>
      <w:r w:rsidRPr="006A25C1">
        <w:rPr>
          <w:b/>
        </w:rPr>
        <w:t>podés</w:t>
      </w:r>
      <w:proofErr w:type="spellEnd"/>
      <w:r w:rsidRPr="006A25C1">
        <w:rPr>
          <w:b/>
        </w:rPr>
        <w:t xml:space="preserve"> empezar esta semana?</w:t>
      </w:r>
      <w:r w:rsidRPr="006A25C1">
        <w:t xml:space="preserve">  __________________________________________________________________________________</w:t>
      </w:r>
    </w:p>
    <w:p w14:paraId="6018E53F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361F89AA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3D3F394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F1082F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13 · OPCIONES</w:t>
            </w:r>
          </w:p>
        </w:tc>
      </w:tr>
    </w:tbl>
    <w:p w14:paraId="15343C06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Primero evocar. Después aportar.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3135A16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FEF820E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725D1EB0" w14:textId="77777777" w:rsidR="004F1F97" w:rsidRPr="006A25C1" w:rsidRDefault="00000000">
            <w:pPr>
              <w:spacing w:after="30"/>
            </w:pPr>
            <w:r w:rsidRPr="006A25C1">
              <w:t>Caso: “Llego a casa tarde y termino pidiendo comida.”</w:t>
            </w:r>
          </w:p>
          <w:p w14:paraId="796F2A57" w14:textId="77777777" w:rsidR="004F1F97" w:rsidRPr="006A25C1" w:rsidRDefault="00000000">
            <w:pPr>
              <w:spacing w:after="30"/>
            </w:pPr>
            <w:r w:rsidRPr="006A25C1">
              <w:t>Evocar: “¿Qué alternativas se te ocurren para esas noches?”</w:t>
            </w:r>
          </w:p>
          <w:p w14:paraId="38B834BB" w14:textId="77777777" w:rsidR="004F1F97" w:rsidRPr="006A25C1" w:rsidRDefault="00000000">
            <w:pPr>
              <w:spacing w:after="30"/>
            </w:pPr>
            <w:r w:rsidRPr="006A25C1">
              <w:t>Paciente: “Congelar porciones, tener huevos o una sopa lista, pedir una opción que ya tenga definida.”</w:t>
            </w:r>
          </w:p>
          <w:p w14:paraId="0DCBBDC8" w14:textId="77777777" w:rsidR="004F1F97" w:rsidRPr="006A25C1" w:rsidRDefault="00000000">
            <w:pPr>
              <w:spacing w:after="30"/>
            </w:pPr>
            <w:r w:rsidRPr="006A25C1">
              <w:t>Elegir: “¿Cuál de esas opciones sería más fácil probar esta semana?”</w:t>
            </w:r>
          </w:p>
          <w:p w14:paraId="5C3C5EF2" w14:textId="77777777" w:rsidR="004F1F97" w:rsidRPr="006A25C1" w:rsidRDefault="00000000">
            <w:pPr>
              <w:spacing w:after="30"/>
            </w:pPr>
            <w:r w:rsidRPr="006A25C1">
              <w:t>Aporte profesional con permiso: “¿</w:t>
            </w:r>
            <w:proofErr w:type="spellStart"/>
            <w:r w:rsidRPr="006A25C1">
              <w:t>Querés</w:t>
            </w:r>
            <w:proofErr w:type="spellEnd"/>
            <w:r w:rsidRPr="006A25C1">
              <w:t xml:space="preserve"> que te comparta dos ideas adicionales compatibles con tu plan?”</w:t>
            </w:r>
          </w:p>
        </w:tc>
      </w:tr>
    </w:tbl>
    <w:p w14:paraId="6873AE3E" w14:textId="77777777" w:rsidR="004F1F97" w:rsidRPr="006A25C1" w:rsidRDefault="00000000">
      <w:pPr>
        <w:spacing w:after="20"/>
      </w:pPr>
      <w:r w:rsidRPr="006A25C1">
        <w:rPr>
          <w:b/>
        </w:rPr>
        <w:t>Situación:</w:t>
      </w:r>
      <w:r w:rsidRPr="006A25C1">
        <w:t xml:space="preserve">  __________________________________________________________________________________</w:t>
      </w:r>
    </w:p>
    <w:p w14:paraId="38F07FD4" w14:textId="77777777" w:rsidR="004F1F97" w:rsidRPr="006A25C1" w:rsidRDefault="00000000">
      <w:pPr>
        <w:spacing w:after="20"/>
      </w:pPr>
      <w:r w:rsidRPr="006A25C1">
        <w:rPr>
          <w:b/>
        </w:rPr>
        <w:t>Opciones generadas por el paciente:</w:t>
      </w:r>
      <w:r w:rsidRPr="006A25C1">
        <w:t xml:space="preserve">  __________________________________________________________________________________</w:t>
      </w:r>
    </w:p>
    <w:p w14:paraId="7D64B2C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B2BFA3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12B4CE1" w14:textId="77777777" w:rsidR="004F1F97" w:rsidRPr="006A25C1" w:rsidRDefault="00000000">
      <w:pPr>
        <w:spacing w:after="20"/>
      </w:pPr>
      <w:r w:rsidRPr="006A25C1">
        <w:rPr>
          <w:b/>
        </w:rPr>
        <w:t>Opción elegida:</w:t>
      </w:r>
      <w:r w:rsidRPr="006A25C1">
        <w:t xml:space="preserve">  __________________________________________________________________________________</w:t>
      </w:r>
    </w:p>
    <w:p w14:paraId="753103FD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4730036" w14:textId="77777777" w:rsidR="004F1F97" w:rsidRPr="006A25C1" w:rsidRDefault="00000000">
      <w:pPr>
        <w:spacing w:after="20"/>
      </w:pPr>
      <w:r w:rsidRPr="006A25C1">
        <w:rPr>
          <w:b/>
        </w:rPr>
        <w:t>Si pide ayuda, ¿qué puedo aportar con permiso?</w:t>
      </w:r>
      <w:r w:rsidRPr="006A25C1">
        <w:t xml:space="preserve">  __________________________________________________________________________________</w:t>
      </w:r>
    </w:p>
    <w:p w14:paraId="7ADC145F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8066AF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FBEA322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4323BB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Clave: </w:t>
            </w:r>
            <w:r w:rsidRPr="006A25C1">
              <w:t>El rol profesional no desaparece. Primero evocamos; después aportamos información o alternativas sin imponer.</w:t>
            </w:r>
          </w:p>
        </w:tc>
      </w:tr>
    </w:tbl>
    <w:p w14:paraId="4F854643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68156ECB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6E55C5E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14 · PLAN DE ACCIÓN</w:t>
            </w:r>
          </w:p>
        </w:tc>
      </w:tr>
    </w:tbl>
    <w:p w14:paraId="19484A20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Del “voy a intentar” al “voy a hacer”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70BA0632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5506214" w14:textId="77777777" w:rsidR="004F1F97" w:rsidRPr="006A25C1" w:rsidRDefault="00000000">
            <w:r w:rsidRPr="006A25C1">
              <w:rPr>
                <w:b/>
                <w:color w:val="E9722C"/>
              </w:rPr>
              <w:t>EJEMPLO RESUELTO</w:t>
            </w:r>
          </w:p>
          <w:p w14:paraId="77CF526F" w14:textId="77777777" w:rsidR="004F1F97" w:rsidRPr="006A25C1" w:rsidRDefault="00000000">
            <w:pPr>
              <w:spacing w:after="30"/>
            </w:pPr>
            <w:r w:rsidRPr="006A25C1">
              <w:t>Intención vaga: “Voy a organizarme.”</w:t>
            </w:r>
          </w:p>
          <w:p w14:paraId="679A5CDD" w14:textId="77777777" w:rsidR="004F1F97" w:rsidRPr="006A25C1" w:rsidRDefault="00000000">
            <w:pPr>
              <w:spacing w:after="30"/>
            </w:pPr>
            <w:r w:rsidRPr="006A25C1">
              <w:t>Plan: “El domingo después del almuerzo voy a definir tres cenas para lunes, martes y miércoles y dejar dos preparaciones base listas.”</w:t>
            </w:r>
          </w:p>
          <w:p w14:paraId="27E983E5" w14:textId="77777777" w:rsidR="004F1F97" w:rsidRPr="006A25C1" w:rsidRDefault="00000000">
            <w:pPr>
              <w:spacing w:after="30"/>
            </w:pPr>
            <w:r w:rsidRPr="006A25C1">
              <w:t>Barrera prevista: salir tarde del trabajo.</w:t>
            </w:r>
          </w:p>
          <w:p w14:paraId="4475BA76" w14:textId="77777777" w:rsidR="004F1F97" w:rsidRPr="006A25C1" w:rsidRDefault="00000000">
            <w:pPr>
              <w:spacing w:after="30"/>
            </w:pPr>
            <w:r w:rsidRPr="006A25C1">
              <w:t>Plan B: tener una opción rápida ya acordada para ese día.</w:t>
            </w:r>
          </w:p>
          <w:p w14:paraId="737F2BA3" w14:textId="77777777" w:rsidR="004F1F97" w:rsidRPr="006A25C1" w:rsidRDefault="00000000">
            <w:pPr>
              <w:spacing w:after="30"/>
            </w:pPr>
            <w:r w:rsidRPr="006A25C1">
              <w:t>Confianza: 8/10.</w:t>
            </w:r>
          </w:p>
        </w:tc>
      </w:tr>
    </w:tbl>
    <w:p w14:paraId="2B8CA147" w14:textId="77777777" w:rsidR="004F1F97" w:rsidRPr="006A25C1" w:rsidRDefault="00000000">
      <w:pPr>
        <w:spacing w:after="20"/>
      </w:pPr>
      <w:r w:rsidRPr="006A25C1">
        <w:rPr>
          <w:b/>
        </w:rPr>
        <w:t>¿QUÉ voy a hacer exactamente?</w:t>
      </w:r>
      <w:r w:rsidRPr="006A25C1">
        <w:t xml:space="preserve">  __________________________________________________________________________________</w:t>
      </w:r>
    </w:p>
    <w:p w14:paraId="4D13F70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1F8F0BC" w14:textId="77777777" w:rsidR="004F1F97" w:rsidRPr="006A25C1" w:rsidRDefault="00000000">
      <w:pPr>
        <w:spacing w:after="20"/>
      </w:pPr>
      <w:r w:rsidRPr="006A25C1">
        <w:rPr>
          <w:b/>
        </w:rPr>
        <w:t>¿CUÁNDO?</w:t>
      </w:r>
      <w:r w:rsidRPr="006A25C1">
        <w:t xml:space="preserve">  __________________________________________________________________________________</w:t>
      </w:r>
    </w:p>
    <w:p w14:paraId="16381552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096A709" w14:textId="77777777" w:rsidR="004F1F97" w:rsidRPr="006A25C1" w:rsidRDefault="00000000">
      <w:pPr>
        <w:spacing w:after="20"/>
      </w:pPr>
      <w:r w:rsidRPr="006A25C1">
        <w:rPr>
          <w:b/>
        </w:rPr>
        <w:t>¿DÓNDE?</w:t>
      </w:r>
      <w:r w:rsidRPr="006A25C1">
        <w:t xml:space="preserve">  __________________________________________________________________________________</w:t>
      </w:r>
    </w:p>
    <w:p w14:paraId="2E92B93F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4DD96979" w14:textId="77777777" w:rsidR="004F1F97" w:rsidRPr="006A25C1" w:rsidRDefault="00000000">
      <w:pPr>
        <w:spacing w:after="20"/>
      </w:pPr>
      <w:r w:rsidRPr="006A25C1">
        <w:rPr>
          <w:b/>
        </w:rPr>
        <w:t>¿CUÁNTAS VECES?</w:t>
      </w:r>
      <w:r w:rsidRPr="006A25C1">
        <w:t xml:space="preserve">  __________________________________________________________________________________</w:t>
      </w:r>
    </w:p>
    <w:p w14:paraId="28B02628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8B48A93" w14:textId="77777777" w:rsidR="004F1F97" w:rsidRPr="006A25C1" w:rsidRDefault="00000000">
      <w:pPr>
        <w:spacing w:after="20"/>
      </w:pPr>
      <w:r w:rsidRPr="006A25C1">
        <w:rPr>
          <w:b/>
        </w:rPr>
        <w:t>¿QUÉ puede dificultarlo?</w:t>
      </w:r>
      <w:r w:rsidRPr="006A25C1">
        <w:t xml:space="preserve">  __________________________________________________________________________________</w:t>
      </w:r>
    </w:p>
    <w:p w14:paraId="1134EC2B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3654DB07" w14:textId="77777777" w:rsidR="004F1F97" w:rsidRPr="006A25C1" w:rsidRDefault="00000000">
      <w:pPr>
        <w:spacing w:after="20"/>
      </w:pPr>
      <w:r w:rsidRPr="006A25C1">
        <w:rPr>
          <w:b/>
        </w:rPr>
        <w:t>¿QUÉ HARÉ si aparece esa barrera?</w:t>
      </w:r>
      <w:r w:rsidRPr="006A25C1">
        <w:t xml:space="preserve">  __________________________________________________________________________________</w:t>
      </w:r>
    </w:p>
    <w:p w14:paraId="7063783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33083D5C" w14:textId="77777777" w:rsidR="004F1F97" w:rsidRPr="006A25C1" w:rsidRDefault="00000000">
      <w:pPr>
        <w:spacing w:after="20"/>
      </w:pPr>
      <w:r w:rsidRPr="006A25C1">
        <w:rPr>
          <w:b/>
        </w:rPr>
        <w:t>¿CÓMO sabré si lo cumplí?</w:t>
      </w:r>
      <w:r w:rsidRPr="006A25C1">
        <w:t xml:space="preserve">  __________________________________________________________________________________</w:t>
      </w:r>
    </w:p>
    <w:p w14:paraId="5E26C8AA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0ECFE39" w14:textId="77777777" w:rsidR="004F1F97" w:rsidRPr="006A25C1" w:rsidRDefault="00000000">
      <w:pPr>
        <w:spacing w:after="20"/>
      </w:pPr>
      <w:r w:rsidRPr="006A25C1">
        <w:rPr>
          <w:b/>
        </w:rPr>
        <w:t>Confianza 0–10:</w:t>
      </w:r>
      <w:r w:rsidRPr="006A25C1">
        <w:t xml:space="preserve">  __________________________________________________________________________________</w:t>
      </w:r>
    </w:p>
    <w:p w14:paraId="6EE189BA" w14:textId="77777777" w:rsidR="004F1F97" w:rsidRPr="006A25C1" w:rsidRDefault="00000000">
      <w:pPr>
        <w:spacing w:after="20"/>
      </w:pPr>
      <w:r w:rsidRPr="006A25C1">
        <w:rPr>
          <w:b/>
        </w:rPr>
        <w:t>Si es menor a 8, ¿qué ajustarías?</w:t>
      </w:r>
      <w:r w:rsidRPr="006A25C1">
        <w:t xml:space="preserve">  __________________________________________________________________________________</w:t>
      </w:r>
    </w:p>
    <w:p w14:paraId="5D6D872D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4DE7A4AF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527E6360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A5B786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ACTIVIDAD 15 · ROLE PLAY DE CONSULTA</w:t>
            </w:r>
          </w:p>
        </w:tc>
      </w:tr>
    </w:tbl>
    <w:p w14:paraId="55B72F98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Integración final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02506C64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FA9AC43" w14:textId="77777777" w:rsidR="004F1F97" w:rsidRPr="006A25C1" w:rsidRDefault="00000000">
            <w:r w:rsidRPr="006A25C1">
              <w:rPr>
                <w:b/>
                <w:color w:val="E9722C"/>
              </w:rPr>
              <w:t>EJEMPLO RESUELTO · secuencia posible</w:t>
            </w:r>
          </w:p>
          <w:p w14:paraId="5B428292" w14:textId="77777777" w:rsidR="004F1F97" w:rsidRPr="006A25C1" w:rsidRDefault="00000000">
            <w:pPr>
              <w:spacing w:after="30"/>
            </w:pPr>
            <w:r w:rsidRPr="006A25C1">
              <w:t>Paciente: “A la noche termino comiendo cualquier cosa y después me siento culpable.”</w:t>
            </w:r>
          </w:p>
          <w:p w14:paraId="2197FB2D" w14:textId="77777777" w:rsidR="004F1F97" w:rsidRPr="006A25C1" w:rsidRDefault="00000000">
            <w:pPr>
              <w:spacing w:after="30"/>
            </w:pPr>
            <w:r w:rsidRPr="006A25C1">
              <w:t>Nutricionista: “La noche parece ser el momento más difícil y después aparece mucha culpa. ¿Qué suele pasar antes de empezar a comer?”</w:t>
            </w:r>
          </w:p>
          <w:p w14:paraId="5E8BA28C" w14:textId="77777777" w:rsidR="004F1F97" w:rsidRPr="006A25C1" w:rsidRDefault="00000000">
            <w:pPr>
              <w:spacing w:after="30"/>
            </w:pPr>
            <w:r w:rsidRPr="006A25C1">
              <w:t>Paciente: “Llego agotada y con mucha hambre.”</w:t>
            </w:r>
          </w:p>
          <w:p w14:paraId="2DE7AD5A" w14:textId="77777777" w:rsidR="004F1F97" w:rsidRPr="006A25C1" w:rsidRDefault="00000000">
            <w:pPr>
              <w:spacing w:after="30"/>
            </w:pPr>
            <w:r w:rsidRPr="006A25C1">
              <w:t>Nutricionista: “¿Qué ya te funcionó alguna vez para llegar con menos hambre o tener una opción disponible?”</w:t>
            </w:r>
          </w:p>
          <w:p w14:paraId="2BF21D07" w14:textId="77777777" w:rsidR="004F1F97" w:rsidRPr="006A25C1" w:rsidRDefault="00000000">
            <w:pPr>
              <w:spacing w:after="30"/>
            </w:pPr>
            <w:r w:rsidRPr="006A25C1">
              <w:t>Cierre: elegir una acción concreta y verificar confianza 0–10.</w:t>
            </w:r>
          </w:p>
        </w:tc>
      </w:tr>
    </w:tbl>
    <w:p w14:paraId="625AD972" w14:textId="77777777" w:rsidR="004F1F97" w:rsidRPr="006A25C1" w:rsidRDefault="00000000">
      <w:pPr>
        <w:spacing w:after="50"/>
      </w:pPr>
      <w:r w:rsidRPr="006A25C1">
        <w:t>Caso sugerido: “Sé lo que tengo que hacer, pero a la noche termino comiendo cualquier cosa. Después me siento culpable y pienso que nunca voy a poder cambiar.”</w:t>
      </w:r>
    </w:p>
    <w:p w14:paraId="5254CF32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proofErr w:type="spellStart"/>
      <w:r w:rsidRPr="006A25C1">
        <w:rPr>
          <w:lang w:val="es-PY"/>
        </w:rPr>
        <w:t>Checklist</w:t>
      </w:r>
      <w:proofErr w:type="spellEnd"/>
      <w:r w:rsidRPr="006A25C1">
        <w:rPr>
          <w:lang w:val="es-PY"/>
        </w:rPr>
        <w:t xml:space="preserve"> del observador</w:t>
      </w:r>
    </w:p>
    <w:p w14:paraId="1A9D8769" w14:textId="77777777" w:rsidR="004F1F97" w:rsidRPr="006A25C1" w:rsidRDefault="00000000">
      <w:pPr>
        <w:spacing w:after="20"/>
      </w:pPr>
      <w:r w:rsidRPr="006A25C1">
        <w:t>☐ Escuchó sin interrumpir innecesariamente.</w:t>
      </w:r>
    </w:p>
    <w:p w14:paraId="28607D3F" w14:textId="77777777" w:rsidR="004F1F97" w:rsidRPr="006A25C1" w:rsidRDefault="00000000">
      <w:pPr>
        <w:spacing w:after="20"/>
      </w:pPr>
      <w:r w:rsidRPr="006A25C1">
        <w:t>☐ Parafraseó.</w:t>
      </w:r>
    </w:p>
    <w:p w14:paraId="18B192E9" w14:textId="77777777" w:rsidR="004F1F97" w:rsidRPr="006A25C1" w:rsidRDefault="00000000">
      <w:pPr>
        <w:spacing w:after="20"/>
      </w:pPr>
      <w:r w:rsidRPr="006A25C1">
        <w:t>☐ Validó la experiencia emocional.</w:t>
      </w:r>
    </w:p>
    <w:p w14:paraId="6F5DB0E2" w14:textId="77777777" w:rsidR="004F1F97" w:rsidRPr="006A25C1" w:rsidRDefault="00000000">
      <w:pPr>
        <w:spacing w:after="20"/>
      </w:pPr>
      <w:r w:rsidRPr="006A25C1">
        <w:t>☐ Utilizó preguntas abiertas/poderosas.</w:t>
      </w:r>
    </w:p>
    <w:p w14:paraId="7857CFCD" w14:textId="77777777" w:rsidR="004F1F97" w:rsidRPr="006A25C1" w:rsidRDefault="00000000">
      <w:pPr>
        <w:spacing w:after="20"/>
      </w:pPr>
      <w:r w:rsidRPr="006A25C1">
        <w:t>☐ Evitó una solución prematura.</w:t>
      </w:r>
    </w:p>
    <w:p w14:paraId="5BCBD57F" w14:textId="77777777" w:rsidR="004F1F97" w:rsidRPr="006A25C1" w:rsidRDefault="00000000">
      <w:pPr>
        <w:spacing w:after="20"/>
      </w:pPr>
      <w:r w:rsidRPr="006A25C1">
        <w:t>☐ Exploró motivación.</w:t>
      </w:r>
    </w:p>
    <w:p w14:paraId="35CA43E0" w14:textId="77777777" w:rsidR="004F1F97" w:rsidRPr="006A25C1" w:rsidRDefault="00000000">
      <w:pPr>
        <w:spacing w:after="20"/>
      </w:pPr>
      <w:r w:rsidRPr="006A25C1">
        <w:t>☐ Identificó al menos una barrera.</w:t>
      </w:r>
    </w:p>
    <w:p w14:paraId="2B9AC0F1" w14:textId="77777777" w:rsidR="004F1F97" w:rsidRPr="006A25C1" w:rsidRDefault="00000000">
      <w:pPr>
        <w:spacing w:after="20"/>
      </w:pPr>
      <w:r w:rsidRPr="006A25C1">
        <w:t>☐ Identificó al menos un recurso.</w:t>
      </w:r>
    </w:p>
    <w:p w14:paraId="6AE8ABD9" w14:textId="77777777" w:rsidR="004F1F97" w:rsidRPr="006A25C1" w:rsidRDefault="00000000">
      <w:pPr>
        <w:spacing w:after="20"/>
      </w:pPr>
      <w:r w:rsidRPr="006A25C1">
        <w:t>☐ Permitió que el paciente generara opciones.</w:t>
      </w:r>
    </w:p>
    <w:p w14:paraId="7B159CEA" w14:textId="77777777" w:rsidR="004F1F97" w:rsidRPr="006A25C1" w:rsidRDefault="00000000">
      <w:pPr>
        <w:spacing w:after="20"/>
      </w:pPr>
      <w:r w:rsidRPr="006A25C1">
        <w:t>☐ Acordó una acción concreta.</w:t>
      </w:r>
    </w:p>
    <w:p w14:paraId="0731AB3B" w14:textId="77777777" w:rsidR="004F1F97" w:rsidRPr="006A25C1" w:rsidRDefault="00000000">
      <w:pPr>
        <w:spacing w:after="20"/>
      </w:pPr>
      <w:r w:rsidRPr="006A25C1">
        <w:t>☐ Verificó confianza en el plan.</w:t>
      </w:r>
    </w:p>
    <w:p w14:paraId="1782B168" w14:textId="77777777" w:rsidR="004F1F97" w:rsidRPr="006A25C1" w:rsidRDefault="00000000">
      <w:pPr>
        <w:spacing w:after="20"/>
      </w:pPr>
      <w:r w:rsidRPr="006A25C1">
        <w:rPr>
          <w:b/>
        </w:rPr>
        <w:t>Fortaleza observada:</w:t>
      </w:r>
      <w:r w:rsidRPr="006A25C1">
        <w:t xml:space="preserve">  __________________________________________________________________________________</w:t>
      </w:r>
    </w:p>
    <w:p w14:paraId="0BDC9463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283556E2" w14:textId="77777777" w:rsidR="004F1F97" w:rsidRPr="006A25C1" w:rsidRDefault="00000000">
      <w:pPr>
        <w:spacing w:after="20"/>
      </w:pPr>
      <w:r w:rsidRPr="006A25C1">
        <w:rPr>
          <w:b/>
        </w:rPr>
        <w:t>Oportunidad de mejora:</w:t>
      </w:r>
      <w:r w:rsidRPr="006A25C1">
        <w:t xml:space="preserve">  __________________________________________________________________________________</w:t>
      </w:r>
    </w:p>
    <w:p w14:paraId="2152E96E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4D1E5D3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7CAFF72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36A805C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FICHA RÁPIDA PARA PASANTÍA</w:t>
            </w:r>
          </w:p>
        </w:tc>
      </w:tr>
    </w:tbl>
    <w:p w14:paraId="31B690D5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Consulta de coaching nutricional · guía de bolsillo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5F79785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3DEFBBE" w14:textId="77777777" w:rsidR="004F1F97" w:rsidRPr="006A25C1" w:rsidRDefault="00000000">
            <w:r w:rsidRPr="006A25C1">
              <w:rPr>
                <w:b/>
                <w:color w:val="E9722C"/>
              </w:rPr>
              <w:t>EJEMPLO RESUELTO · síntesis de sesión</w:t>
            </w:r>
          </w:p>
          <w:p w14:paraId="5C6C82FC" w14:textId="77777777" w:rsidR="004F1F97" w:rsidRPr="006A25C1" w:rsidRDefault="00000000">
            <w:pPr>
              <w:spacing w:after="30"/>
            </w:pPr>
            <w:r w:rsidRPr="006A25C1">
              <w:t>Objetivo: reducir gaseosa diaria.</w:t>
            </w:r>
          </w:p>
          <w:p w14:paraId="49E9EB04" w14:textId="77777777" w:rsidR="004F1F97" w:rsidRPr="006A25C1" w:rsidRDefault="00000000">
            <w:pPr>
              <w:spacing w:after="30"/>
            </w:pPr>
            <w:r w:rsidRPr="006A25C1">
              <w:t>Disposición: importancia 8/10, confianza 7/10.</w:t>
            </w:r>
          </w:p>
          <w:p w14:paraId="2DE9E0C1" w14:textId="77777777" w:rsidR="004F1F97" w:rsidRPr="006A25C1" w:rsidRDefault="00000000">
            <w:pPr>
              <w:spacing w:after="30"/>
            </w:pPr>
            <w:r w:rsidRPr="006A25C1">
              <w:t>Barrera: hábito en el almuerzo. Recurso: lleva agua fría todos los días.</w:t>
            </w:r>
          </w:p>
          <w:p w14:paraId="00601FF6" w14:textId="77777777" w:rsidR="004F1F97" w:rsidRPr="006A25C1" w:rsidRDefault="00000000">
            <w:pPr>
              <w:spacing w:after="30"/>
            </w:pPr>
            <w:r w:rsidRPr="006A25C1">
              <w:t>Opción elegida: reemplazar el segundo vaso de gaseosa por agua de lunes a viernes.</w:t>
            </w:r>
          </w:p>
          <w:p w14:paraId="02B6DDAA" w14:textId="77777777" w:rsidR="004F1F97" w:rsidRPr="006A25C1" w:rsidRDefault="00000000">
            <w:pPr>
              <w:spacing w:after="30"/>
            </w:pPr>
            <w:r w:rsidRPr="006A25C1">
              <w:t>Plan B: si hay almuerzo social, decidir previamente una cantidad.</w:t>
            </w:r>
          </w:p>
          <w:p w14:paraId="3C626633" w14:textId="77777777" w:rsidR="004F1F97" w:rsidRPr="006A25C1" w:rsidRDefault="00000000">
            <w:pPr>
              <w:spacing w:after="30"/>
            </w:pPr>
            <w:r w:rsidRPr="006A25C1">
              <w:t>Cierre: confianza final 8/10.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3453"/>
        <w:gridCol w:w="3452"/>
      </w:tblGrid>
      <w:tr w:rsidR="004F1F97" w:rsidRPr="006A25C1" w14:paraId="58B02C2C" w14:textId="77777777">
        <w:trPr>
          <w:jc w:val="center"/>
        </w:trPr>
        <w:tc>
          <w:tcPr>
            <w:tcW w:w="3456" w:type="dxa"/>
            <w:shd w:val="clear" w:color="auto" w:fill="174A3B"/>
          </w:tcPr>
          <w:p w14:paraId="267C9D8A" w14:textId="77777777" w:rsidR="004F1F97" w:rsidRPr="006A25C1" w:rsidRDefault="00000000">
            <w:r w:rsidRPr="006A25C1">
              <w:rPr>
                <w:b/>
                <w:color w:val="FFFFFF"/>
              </w:rPr>
              <w:t>Momento</w:t>
            </w:r>
          </w:p>
        </w:tc>
        <w:tc>
          <w:tcPr>
            <w:tcW w:w="3456" w:type="dxa"/>
            <w:shd w:val="clear" w:color="auto" w:fill="174A3B"/>
          </w:tcPr>
          <w:p w14:paraId="15B470E8" w14:textId="77777777" w:rsidR="004F1F97" w:rsidRPr="006A25C1" w:rsidRDefault="00000000">
            <w:r w:rsidRPr="006A25C1">
              <w:rPr>
                <w:b/>
                <w:color w:val="FFFFFF"/>
              </w:rPr>
              <w:t>Pregunta guía</w:t>
            </w:r>
          </w:p>
        </w:tc>
        <w:tc>
          <w:tcPr>
            <w:tcW w:w="3456" w:type="dxa"/>
            <w:shd w:val="clear" w:color="auto" w:fill="174A3B"/>
          </w:tcPr>
          <w:p w14:paraId="465C297B" w14:textId="77777777" w:rsidR="004F1F97" w:rsidRPr="006A25C1" w:rsidRDefault="00000000">
            <w:r w:rsidRPr="006A25C1">
              <w:rPr>
                <w:b/>
                <w:color w:val="FFFFFF"/>
              </w:rPr>
              <w:t>Registro breve</w:t>
            </w:r>
          </w:p>
        </w:tc>
      </w:tr>
      <w:tr w:rsidR="004F1F97" w:rsidRPr="006A25C1" w14:paraId="76EE1E52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9B81AD" w14:textId="77777777" w:rsidR="004F1F97" w:rsidRPr="006A25C1" w:rsidRDefault="00000000">
            <w:r w:rsidRPr="006A25C1">
              <w:t>Objetivo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DCAC70D" w14:textId="77777777" w:rsidR="004F1F97" w:rsidRPr="006A25C1" w:rsidRDefault="00000000">
            <w:r w:rsidRPr="006A25C1">
              <w:t xml:space="preserve">¿Qué </w:t>
            </w:r>
            <w:proofErr w:type="spellStart"/>
            <w:r w:rsidRPr="006A25C1">
              <w:t>querés</w:t>
            </w:r>
            <w:proofErr w:type="spellEnd"/>
            <w:r w:rsidRPr="006A25C1">
              <w:t xml:space="preserve"> conseguir?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432BA4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68FAFA22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0E37A3" w14:textId="77777777" w:rsidR="004F1F97" w:rsidRPr="006A25C1" w:rsidRDefault="00000000">
            <w:r w:rsidRPr="006A25C1">
              <w:t>Disposición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47927D4" w14:textId="77777777" w:rsidR="004F1F97" w:rsidRPr="006A25C1" w:rsidRDefault="00000000">
            <w:r w:rsidRPr="006A25C1">
              <w:t>¿Qué tan importante y posible es?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F9D205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178F3580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5ACEFA" w14:textId="77777777" w:rsidR="004F1F97" w:rsidRPr="006A25C1" w:rsidRDefault="00000000">
            <w:r w:rsidRPr="006A25C1">
              <w:t>Barreras / recursos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9C34AD9" w14:textId="77777777" w:rsidR="004F1F97" w:rsidRPr="006A25C1" w:rsidRDefault="00000000">
            <w:r w:rsidRPr="006A25C1">
              <w:t xml:space="preserve">¿Qué lo dificulta y qué ya </w:t>
            </w:r>
            <w:proofErr w:type="spellStart"/>
            <w:r w:rsidRPr="006A25C1">
              <w:t>tenés</w:t>
            </w:r>
            <w:proofErr w:type="spellEnd"/>
            <w:r w:rsidRPr="006A25C1">
              <w:t xml:space="preserve"> a favor?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41B54C1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0A0B2F3E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C042A9E" w14:textId="77777777" w:rsidR="004F1F97" w:rsidRPr="006A25C1" w:rsidRDefault="00000000">
            <w:r w:rsidRPr="006A25C1">
              <w:t>Opciones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E3D54C" w14:textId="77777777" w:rsidR="004F1F97" w:rsidRPr="006A25C1" w:rsidRDefault="00000000">
            <w:r w:rsidRPr="006A25C1">
              <w:t>¿Qué alternativas se te ocurren?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D7AC603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  <w:tr w:rsidR="004F1F97" w:rsidRPr="006A25C1" w14:paraId="72F1EF70" w14:textId="77777777">
        <w:trPr>
          <w:jc w:val="center"/>
        </w:trPr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A20224E" w14:textId="77777777" w:rsidR="004F1F97" w:rsidRPr="006A25C1" w:rsidRDefault="00000000">
            <w:r w:rsidRPr="006A25C1">
              <w:t>Plan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DD100CC" w14:textId="77777777" w:rsidR="004F1F97" w:rsidRPr="006A25C1" w:rsidRDefault="00000000">
            <w:r w:rsidRPr="006A25C1">
              <w:t>¿Qué vas a hacer, cuándo y cómo?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18729F" w14:textId="77777777" w:rsidR="004F1F97" w:rsidRPr="006A25C1" w:rsidRDefault="00000000">
            <w:r w:rsidRPr="006A25C1">
              <w:br/>
            </w:r>
            <w:r w:rsidRPr="006A25C1">
              <w:br/>
            </w:r>
          </w:p>
        </w:tc>
      </w:tr>
    </w:tbl>
    <w:p w14:paraId="467B85F0" w14:textId="77777777" w:rsidR="004F1F97" w:rsidRPr="006A25C1" w:rsidRDefault="00000000">
      <w:pPr>
        <w:spacing w:after="20"/>
      </w:pPr>
      <w:r w:rsidRPr="006A25C1">
        <w:rPr>
          <w:b/>
        </w:rPr>
        <w:t>Acción acordada:</w:t>
      </w:r>
      <w:r w:rsidRPr="006A25C1">
        <w:t xml:space="preserve">  __________________________________________________________________________________</w:t>
      </w:r>
    </w:p>
    <w:p w14:paraId="0BCE118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B83D4AA" w14:textId="77777777" w:rsidR="004F1F97" w:rsidRPr="006A25C1" w:rsidRDefault="00000000">
      <w:pPr>
        <w:spacing w:after="20"/>
      </w:pPr>
      <w:r w:rsidRPr="006A25C1">
        <w:rPr>
          <w:b/>
        </w:rPr>
        <w:t>Confianza 0–10:</w:t>
      </w:r>
      <w:r w:rsidRPr="006A25C1">
        <w:t xml:space="preserve">  __________________________________________________________________________________</w:t>
      </w:r>
    </w:p>
    <w:p w14:paraId="0B826F6D" w14:textId="77777777" w:rsidR="004F1F97" w:rsidRPr="006A25C1" w:rsidRDefault="00000000">
      <w:pPr>
        <w:spacing w:after="20"/>
      </w:pPr>
      <w:r w:rsidRPr="006A25C1">
        <w:rPr>
          <w:b/>
        </w:rPr>
        <w:t>Plan B:</w:t>
      </w:r>
      <w:r w:rsidRPr="006A25C1">
        <w:t xml:space="preserve">  __________________________________________________________________________________</w:t>
      </w:r>
    </w:p>
    <w:p w14:paraId="25F97135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6D78B21A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DB4393A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5583F5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BANCO DE PREGUNTAS PODEROSAS</w:t>
            </w:r>
          </w:p>
        </w:tc>
      </w:tr>
    </w:tbl>
    <w:p w14:paraId="16043D24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Preguntas para patologías de alta prevalencia</w:t>
      </w:r>
    </w:p>
    <w:p w14:paraId="3BAA441A" w14:textId="77777777" w:rsidR="004F1F97" w:rsidRPr="006A25C1" w:rsidRDefault="00000000">
      <w:pPr>
        <w:spacing w:after="50"/>
      </w:pPr>
      <w:r w:rsidRPr="006A25C1">
        <w:t>Estas preguntas son orientadoras para conversaciones de coaching nutricional. No sustituyen anamnesis, evaluación clínica, educación terapéutica, indicaciones médicas ni criterios de seguridad. Deben adaptarse a la etapa de cambio, alfabetización en salud, contexto y tratamiento de cada paciente.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533EBA6" w14:textId="77777777">
        <w:trPr>
          <w:jc w:val="center"/>
        </w:trPr>
        <w:tc>
          <w:tcPr>
            <w:tcW w:w="10368" w:type="dxa"/>
            <w:shd w:val="clear" w:color="auto" w:fill="F4F7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0371DD" w14:textId="77777777" w:rsidR="004F1F97" w:rsidRPr="006A25C1" w:rsidRDefault="00000000">
            <w:r w:rsidRPr="006A25C1">
              <w:rPr>
                <w:b/>
                <w:color w:val="174A3B"/>
              </w:rPr>
              <w:t xml:space="preserve">Uso sugerido: </w:t>
            </w:r>
            <w:r w:rsidRPr="006A25C1">
              <w:t xml:space="preserve">Elegí pocas preguntas y </w:t>
            </w:r>
            <w:proofErr w:type="spellStart"/>
            <w:r w:rsidRPr="006A25C1">
              <w:t>escuchá</w:t>
            </w:r>
            <w:proofErr w:type="spellEnd"/>
            <w:r w:rsidRPr="006A25C1">
              <w:t xml:space="preserve"> la respuesta. Una batería no debe transformarse en interrogatorio. La calidad de la escucha importa más que la cantidad de preguntas.</w:t>
            </w:r>
          </w:p>
        </w:tc>
      </w:tr>
    </w:tbl>
    <w:p w14:paraId="23E41A45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5C37D048" w14:textId="77777777">
        <w:trPr>
          <w:jc w:val="center"/>
        </w:trPr>
        <w:tc>
          <w:tcPr>
            <w:tcW w:w="10368" w:type="dxa"/>
            <w:shd w:val="clear" w:color="auto" w:fill="E9722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0D0902D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PREGUNTAS PODEROSAS · OBESIDAD / EXCESO DE ADIPOSIDAD</w:t>
            </w:r>
          </w:p>
        </w:tc>
      </w:tr>
    </w:tbl>
    <w:p w14:paraId="643E545D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Obesidad / Exceso De Adiposidad</w:t>
      </w:r>
    </w:p>
    <w:p w14:paraId="463762E7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Explorar significado y experiencia</w:t>
      </w:r>
    </w:p>
    <w:p w14:paraId="55DA2011" w14:textId="77777777" w:rsidR="004F1F97" w:rsidRPr="006A25C1" w:rsidRDefault="00000000">
      <w:pPr>
        <w:pStyle w:val="Listaconvietas"/>
        <w:spacing w:after="20"/>
      </w:pPr>
      <w:r w:rsidRPr="006A25C1">
        <w:t>¿Qué te gustaría que fuera diferente en tu salud o en tu vida, más allá del número de la balanza?</w:t>
      </w:r>
    </w:p>
    <w:p w14:paraId="2C0D1873" w14:textId="77777777" w:rsidR="004F1F97" w:rsidRPr="006A25C1" w:rsidRDefault="00000000">
      <w:pPr>
        <w:pStyle w:val="Listaconvietas"/>
        <w:spacing w:after="20"/>
      </w:pPr>
      <w:r w:rsidRPr="006A25C1">
        <w:t>¿Qué experiencias previas con intentos de descenso de peso te gustaría que tengamos en cuenta?</w:t>
      </w:r>
    </w:p>
    <w:p w14:paraId="0D6FB950" w14:textId="77777777" w:rsidR="004F1F97" w:rsidRPr="006A25C1" w:rsidRDefault="00000000">
      <w:pPr>
        <w:pStyle w:val="Listaconvietas"/>
        <w:spacing w:after="20"/>
      </w:pPr>
      <w:r w:rsidRPr="006A25C1">
        <w:t>¿Qué situaciones hacen más difícil cuidar tu alimentación sin sentir que estás “a dieta”?</w:t>
      </w:r>
    </w:p>
    <w:p w14:paraId="1224FB1F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Motivación</w:t>
      </w:r>
    </w:p>
    <w:p w14:paraId="2FC28B8F" w14:textId="77777777" w:rsidR="004F1F97" w:rsidRPr="006A25C1" w:rsidRDefault="00000000">
      <w:pPr>
        <w:pStyle w:val="Listaconvietas"/>
        <w:spacing w:after="20"/>
      </w:pPr>
      <w:r w:rsidRPr="006A25C1">
        <w:t>¿Para qué sería importante este cambio para vos en este momento?</w:t>
      </w:r>
    </w:p>
    <w:p w14:paraId="5570C8BC" w14:textId="77777777" w:rsidR="004F1F97" w:rsidRPr="006A25C1" w:rsidRDefault="00000000">
      <w:pPr>
        <w:pStyle w:val="Listaconvietas"/>
        <w:spacing w:after="20"/>
      </w:pPr>
      <w:r w:rsidRPr="006A25C1">
        <w:t>Si tu salud mejorara sin que todo dependiera del peso, ¿qué cambios valorarías primero?</w:t>
      </w:r>
    </w:p>
    <w:p w14:paraId="62D1C1B1" w14:textId="77777777" w:rsidR="004F1F97" w:rsidRPr="006A25C1" w:rsidRDefault="00000000">
      <w:pPr>
        <w:pStyle w:val="Listaconvietas"/>
        <w:spacing w:after="20"/>
      </w:pPr>
      <w:r w:rsidRPr="006A25C1">
        <w:t>¿Qué ganaría tu vida cotidiana si pudieras sostener una conducta que hoy te cuesta?</w:t>
      </w:r>
    </w:p>
    <w:p w14:paraId="240084A2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Barreras y recursos</w:t>
      </w:r>
    </w:p>
    <w:p w14:paraId="42ED12D1" w14:textId="77777777" w:rsidR="004F1F97" w:rsidRPr="006A25C1" w:rsidRDefault="00000000">
      <w:pPr>
        <w:pStyle w:val="Listaconvietas"/>
        <w:spacing w:after="20"/>
      </w:pPr>
      <w:r w:rsidRPr="006A25C1">
        <w:t xml:space="preserve">¿En qué momentos del día o de la semana se hace más difícil sostener lo que te </w:t>
      </w:r>
      <w:proofErr w:type="spellStart"/>
      <w:r w:rsidRPr="006A25C1">
        <w:t>proponés</w:t>
      </w:r>
      <w:proofErr w:type="spellEnd"/>
      <w:r w:rsidRPr="006A25C1">
        <w:t>?</w:t>
      </w:r>
    </w:p>
    <w:p w14:paraId="1BF7BF35" w14:textId="77777777" w:rsidR="004F1F97" w:rsidRPr="006A25C1" w:rsidRDefault="00000000">
      <w:pPr>
        <w:pStyle w:val="Listaconvietas"/>
        <w:spacing w:after="20"/>
      </w:pPr>
      <w:r w:rsidRPr="006A25C1">
        <w:t xml:space="preserve">¿Qué ya </w:t>
      </w:r>
      <w:proofErr w:type="spellStart"/>
      <w:r w:rsidRPr="006A25C1">
        <w:t>hacés</w:t>
      </w:r>
      <w:proofErr w:type="spellEnd"/>
      <w:r w:rsidRPr="006A25C1">
        <w:t xml:space="preserve"> bien y quizás no estás reconociendo?</w:t>
      </w:r>
    </w:p>
    <w:p w14:paraId="0A6F2195" w14:textId="77777777" w:rsidR="004F1F97" w:rsidRPr="006A25C1" w:rsidRDefault="00000000">
      <w:pPr>
        <w:pStyle w:val="Listaconvietas"/>
        <w:spacing w:after="20"/>
      </w:pPr>
      <w:r w:rsidRPr="006A25C1">
        <w:t>¿Quién o qué de tu entorno podría facilitarte este proceso?</w:t>
      </w:r>
    </w:p>
    <w:p w14:paraId="646815FC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Opciones y acción</w:t>
      </w:r>
    </w:p>
    <w:p w14:paraId="082061FB" w14:textId="77777777" w:rsidR="004F1F97" w:rsidRPr="006A25C1" w:rsidRDefault="00000000">
      <w:pPr>
        <w:pStyle w:val="Listaconvietas"/>
        <w:spacing w:after="20"/>
      </w:pPr>
      <w:r w:rsidRPr="006A25C1">
        <w:t>¿Qué cambio pequeño tendría mayor impacto y menor dificultad esta semana?</w:t>
      </w:r>
    </w:p>
    <w:p w14:paraId="5D5B9035" w14:textId="77777777" w:rsidR="004F1F97" w:rsidRPr="006A25C1" w:rsidRDefault="00000000">
      <w:pPr>
        <w:pStyle w:val="Listaconvietas"/>
        <w:spacing w:after="20"/>
      </w:pPr>
      <w:r w:rsidRPr="006A25C1">
        <w:t>¿Qué alternativa sería suficientemente realista como para sostenerla incluso en una semana difícil?</w:t>
      </w:r>
    </w:p>
    <w:p w14:paraId="1CB819AC" w14:textId="77777777" w:rsidR="004F1F97" w:rsidRPr="006A25C1" w:rsidRDefault="00000000">
      <w:pPr>
        <w:pStyle w:val="Listaconvietas"/>
        <w:spacing w:after="20"/>
      </w:pPr>
      <w:r w:rsidRPr="006A25C1">
        <w:t>¿Qué harías si aparece el pensamiento “ya arruiné todo”?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4A6BB300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DBD9BD9" w14:textId="77777777" w:rsidR="004F1F97" w:rsidRPr="006A25C1" w:rsidRDefault="00000000">
            <w:r w:rsidRPr="006A25C1">
              <w:rPr>
                <w:b/>
                <w:color w:val="E9722C"/>
              </w:rPr>
              <w:t>EJEMPLO DE USO</w:t>
            </w:r>
          </w:p>
          <w:p w14:paraId="4E10AECB" w14:textId="77777777" w:rsidR="004F1F97" w:rsidRPr="006A25C1" w:rsidRDefault="00000000">
            <w:pPr>
              <w:spacing w:after="30"/>
            </w:pPr>
            <w:r w:rsidRPr="006A25C1">
              <w:t>Paciente: “Sé lo que tengo que hacer, pero no lo sostengo.”</w:t>
            </w:r>
          </w:p>
          <w:p w14:paraId="710E8F37" w14:textId="77777777" w:rsidR="004F1F97" w:rsidRPr="006A25C1" w:rsidRDefault="00000000">
            <w:pPr>
              <w:spacing w:after="30"/>
            </w:pPr>
            <w:r w:rsidRPr="006A25C1">
              <w:t>En vez de encadenar cinco preguntas, elegí una: “¿En qué momento suele empezar a hacerse difícil?”</w:t>
            </w:r>
          </w:p>
          <w:p w14:paraId="56991948" w14:textId="77777777" w:rsidR="004F1F97" w:rsidRPr="006A25C1" w:rsidRDefault="00000000">
            <w:pPr>
              <w:spacing w:after="30"/>
            </w:pPr>
            <w:proofErr w:type="spellStart"/>
            <w:r w:rsidRPr="006A25C1">
              <w:t>Escuchá</w:t>
            </w:r>
            <w:proofErr w:type="spellEnd"/>
            <w:r w:rsidRPr="006A25C1">
              <w:t xml:space="preserve">, </w:t>
            </w:r>
            <w:proofErr w:type="spellStart"/>
            <w:r w:rsidRPr="006A25C1">
              <w:t>parafraseá</w:t>
            </w:r>
            <w:proofErr w:type="spellEnd"/>
            <w:r w:rsidRPr="006A25C1">
              <w:t xml:space="preserve"> y recién entonces elegí la siguiente pregunta según lo que aparezca.</w:t>
            </w:r>
          </w:p>
        </w:tc>
      </w:tr>
    </w:tbl>
    <w:p w14:paraId="20BEEAA8" w14:textId="77777777" w:rsidR="004F1F97" w:rsidRPr="006A25C1" w:rsidRDefault="00000000">
      <w:pPr>
        <w:spacing w:after="20"/>
      </w:pPr>
      <w:r w:rsidRPr="006A25C1">
        <w:rPr>
          <w:b/>
        </w:rPr>
        <w:t>Preguntas que elegiría para este paciente:</w:t>
      </w:r>
      <w:r w:rsidRPr="006A25C1">
        <w:t xml:space="preserve">  __________________________________________________________________________________</w:t>
      </w:r>
    </w:p>
    <w:p w14:paraId="573CF8D6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5923005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2ED1A25D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50A63CCA" w14:textId="77777777">
        <w:trPr>
          <w:jc w:val="center"/>
        </w:trPr>
        <w:tc>
          <w:tcPr>
            <w:tcW w:w="10368" w:type="dxa"/>
            <w:shd w:val="clear" w:color="auto" w:fill="E9722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B4E9490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PREGUNTAS PODEROSAS · DIABETES TIPO 2</w:t>
            </w:r>
          </w:p>
        </w:tc>
      </w:tr>
    </w:tbl>
    <w:p w14:paraId="1477017B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Diabetes Tipo 2</w:t>
      </w:r>
    </w:p>
    <w:p w14:paraId="348074F8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Comprensión y prioridades</w:t>
      </w:r>
    </w:p>
    <w:p w14:paraId="3F142B28" w14:textId="77777777" w:rsidR="004F1F97" w:rsidRPr="006A25C1" w:rsidRDefault="00000000">
      <w:pPr>
        <w:pStyle w:val="Listaconvietas"/>
        <w:spacing w:after="20"/>
      </w:pPr>
      <w:r w:rsidRPr="006A25C1">
        <w:t>¿Qué aspecto del manejo de tu diabetes te resulta más difícil hoy?</w:t>
      </w:r>
    </w:p>
    <w:p w14:paraId="03C867F0" w14:textId="77777777" w:rsidR="004F1F97" w:rsidRPr="006A25C1" w:rsidRDefault="00000000">
      <w:pPr>
        <w:pStyle w:val="Listaconvietas"/>
        <w:spacing w:after="20"/>
      </w:pPr>
      <w:r w:rsidRPr="006A25C1">
        <w:t xml:space="preserve">¿Qué parte del tratamiento sentís que </w:t>
      </w:r>
      <w:proofErr w:type="spellStart"/>
      <w:r w:rsidRPr="006A25C1">
        <w:t>entendés</w:t>
      </w:r>
      <w:proofErr w:type="spellEnd"/>
      <w:r w:rsidRPr="006A25C1">
        <w:t xml:space="preserve"> bien y cuál </w:t>
      </w:r>
      <w:proofErr w:type="spellStart"/>
      <w:r w:rsidRPr="006A25C1">
        <w:t>necesitás</w:t>
      </w:r>
      <w:proofErr w:type="spellEnd"/>
      <w:r w:rsidRPr="006A25C1">
        <w:t xml:space="preserve"> comprender mejor?</w:t>
      </w:r>
    </w:p>
    <w:p w14:paraId="3A4823D3" w14:textId="77777777" w:rsidR="004F1F97" w:rsidRPr="006A25C1" w:rsidRDefault="00000000">
      <w:pPr>
        <w:pStyle w:val="Listaconvietas"/>
        <w:spacing w:after="20"/>
      </w:pPr>
      <w:r w:rsidRPr="006A25C1">
        <w:t xml:space="preserve">¿Qué situaciones hacen más difícil aplicar lo que </w:t>
      </w:r>
      <w:proofErr w:type="spellStart"/>
      <w:r w:rsidRPr="006A25C1">
        <w:t>sabés</w:t>
      </w:r>
      <w:proofErr w:type="spellEnd"/>
      <w:r w:rsidRPr="006A25C1">
        <w:t xml:space="preserve"> sobre alimentación?</w:t>
      </w:r>
    </w:p>
    <w:p w14:paraId="7C9333FC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Motivación</w:t>
      </w:r>
    </w:p>
    <w:p w14:paraId="363E3EB0" w14:textId="77777777" w:rsidR="004F1F97" w:rsidRPr="006A25C1" w:rsidRDefault="00000000">
      <w:pPr>
        <w:pStyle w:val="Listaconvietas"/>
        <w:spacing w:after="20"/>
      </w:pPr>
      <w:r w:rsidRPr="006A25C1">
        <w:t>¿Qué resultado de salud sería especialmente importante para vos mejorar?</w:t>
      </w:r>
    </w:p>
    <w:p w14:paraId="0CF7AE66" w14:textId="77777777" w:rsidR="004F1F97" w:rsidRPr="006A25C1" w:rsidRDefault="00000000">
      <w:pPr>
        <w:pStyle w:val="Listaconvietas"/>
        <w:spacing w:after="20"/>
      </w:pPr>
      <w:r w:rsidRPr="006A25C1">
        <w:t>¿Qué te permitiría hacer o sentir un mejor control de tu diabetes?</w:t>
      </w:r>
    </w:p>
    <w:p w14:paraId="14EA24F9" w14:textId="77777777" w:rsidR="004F1F97" w:rsidRPr="006A25C1" w:rsidRDefault="00000000">
      <w:pPr>
        <w:pStyle w:val="Listaconvietas"/>
        <w:spacing w:after="20"/>
      </w:pPr>
      <w:r w:rsidRPr="006A25C1">
        <w:t>¿Qué cambio tendría sentido para vos empezar ahora, no “algún día”?</w:t>
      </w:r>
    </w:p>
    <w:p w14:paraId="7599147C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Patrones y recursos</w:t>
      </w:r>
    </w:p>
    <w:p w14:paraId="0CB3C373" w14:textId="77777777" w:rsidR="004F1F97" w:rsidRPr="006A25C1" w:rsidRDefault="00000000">
      <w:pPr>
        <w:pStyle w:val="Listaconvietas"/>
        <w:spacing w:after="20"/>
      </w:pPr>
      <w:r w:rsidRPr="006A25C1">
        <w:t xml:space="preserve">¿Qué </w:t>
      </w:r>
      <w:proofErr w:type="spellStart"/>
      <w:r w:rsidRPr="006A25C1">
        <w:t>observás</w:t>
      </w:r>
      <w:proofErr w:type="spellEnd"/>
      <w:r w:rsidRPr="006A25C1">
        <w:t xml:space="preserve"> que ocurre con tus comidas en los días en que te sentís más organizado/a?</w:t>
      </w:r>
    </w:p>
    <w:p w14:paraId="675DC38E" w14:textId="77777777" w:rsidR="004F1F97" w:rsidRPr="006A25C1" w:rsidRDefault="00000000">
      <w:pPr>
        <w:pStyle w:val="Listaconvietas"/>
        <w:spacing w:after="20"/>
      </w:pPr>
      <w:r w:rsidRPr="006A25C1">
        <w:t xml:space="preserve">¿Qué te ayudan a decidir tus registros, glucemias o sensaciones cuando los </w:t>
      </w:r>
      <w:proofErr w:type="spellStart"/>
      <w:r w:rsidRPr="006A25C1">
        <w:t>revisás</w:t>
      </w:r>
      <w:proofErr w:type="spellEnd"/>
      <w:r w:rsidRPr="006A25C1">
        <w:t>?</w:t>
      </w:r>
    </w:p>
    <w:p w14:paraId="132401F2" w14:textId="77777777" w:rsidR="004F1F97" w:rsidRPr="006A25C1" w:rsidRDefault="00000000">
      <w:pPr>
        <w:pStyle w:val="Listaconvietas"/>
        <w:spacing w:after="20"/>
      </w:pPr>
      <w:r w:rsidRPr="006A25C1">
        <w:t xml:space="preserve">¿Qué recurso ya </w:t>
      </w:r>
      <w:proofErr w:type="spellStart"/>
      <w:r w:rsidRPr="006A25C1">
        <w:t>tenés</w:t>
      </w:r>
      <w:proofErr w:type="spellEnd"/>
      <w:r w:rsidRPr="006A25C1">
        <w:t xml:space="preserve"> - horarios, apoyo, preparación, monitoreo - que podríamos aprovechar mejor?</w:t>
      </w:r>
    </w:p>
    <w:p w14:paraId="676B4ED8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Opciones y acción</w:t>
      </w:r>
    </w:p>
    <w:p w14:paraId="1ABC9B93" w14:textId="77777777" w:rsidR="004F1F97" w:rsidRPr="006A25C1" w:rsidRDefault="00000000">
      <w:pPr>
        <w:pStyle w:val="Listaconvietas"/>
        <w:spacing w:after="20"/>
      </w:pPr>
      <w:r w:rsidRPr="006A25C1">
        <w:t>¿Qué ajuste en una comida te parece más posible probar primero?</w:t>
      </w:r>
    </w:p>
    <w:p w14:paraId="50A9077B" w14:textId="77777777" w:rsidR="004F1F97" w:rsidRPr="006A25C1" w:rsidRDefault="00000000">
      <w:pPr>
        <w:pStyle w:val="Listaconvietas"/>
        <w:spacing w:after="20"/>
      </w:pPr>
      <w:r w:rsidRPr="006A25C1">
        <w:t>¿Cómo podrías prepararte para una situación en la que suele ser difícil sostener el plan?</w:t>
      </w:r>
    </w:p>
    <w:p w14:paraId="7F90D28C" w14:textId="77777777" w:rsidR="004F1F97" w:rsidRPr="006A25C1" w:rsidRDefault="00000000">
      <w:pPr>
        <w:pStyle w:val="Listaconvietas"/>
        <w:spacing w:after="20"/>
      </w:pPr>
      <w:r w:rsidRPr="006A25C1">
        <w:t>¿Qué plan B tendrías si tu rutina cambia inesperadamente?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613B845E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1EA2F08" w14:textId="77777777" w:rsidR="004F1F97" w:rsidRPr="006A25C1" w:rsidRDefault="00000000">
            <w:r w:rsidRPr="006A25C1">
              <w:rPr>
                <w:b/>
                <w:color w:val="E9722C"/>
              </w:rPr>
              <w:t>EJEMPLO DE USO</w:t>
            </w:r>
          </w:p>
          <w:p w14:paraId="401B2E95" w14:textId="77777777" w:rsidR="004F1F97" w:rsidRPr="006A25C1" w:rsidRDefault="00000000">
            <w:pPr>
              <w:spacing w:after="30"/>
            </w:pPr>
            <w:r w:rsidRPr="006A25C1">
              <w:t>Paciente: “Sé lo que tengo que hacer, pero no lo sostengo.”</w:t>
            </w:r>
          </w:p>
          <w:p w14:paraId="6DD6DA86" w14:textId="77777777" w:rsidR="004F1F97" w:rsidRPr="006A25C1" w:rsidRDefault="00000000">
            <w:pPr>
              <w:spacing w:after="30"/>
            </w:pPr>
            <w:r w:rsidRPr="006A25C1">
              <w:t>En vez de encadenar cinco preguntas, elegí una: “¿En qué momento suele empezar a hacerse difícil?”</w:t>
            </w:r>
          </w:p>
          <w:p w14:paraId="668A430F" w14:textId="77777777" w:rsidR="004F1F97" w:rsidRPr="006A25C1" w:rsidRDefault="00000000">
            <w:pPr>
              <w:spacing w:after="30"/>
            </w:pPr>
            <w:proofErr w:type="spellStart"/>
            <w:r w:rsidRPr="006A25C1">
              <w:t>Escuchá</w:t>
            </w:r>
            <w:proofErr w:type="spellEnd"/>
            <w:r w:rsidRPr="006A25C1">
              <w:t xml:space="preserve">, </w:t>
            </w:r>
            <w:proofErr w:type="spellStart"/>
            <w:r w:rsidRPr="006A25C1">
              <w:t>parafraseá</w:t>
            </w:r>
            <w:proofErr w:type="spellEnd"/>
            <w:r w:rsidRPr="006A25C1">
              <w:t xml:space="preserve"> y recién entonces elegí la siguiente pregunta según lo que aparezca.</w:t>
            </w:r>
          </w:p>
        </w:tc>
      </w:tr>
    </w:tbl>
    <w:p w14:paraId="4351F5E5" w14:textId="77777777" w:rsidR="004F1F97" w:rsidRPr="006A25C1" w:rsidRDefault="00000000">
      <w:pPr>
        <w:spacing w:after="20"/>
      </w:pPr>
      <w:r w:rsidRPr="006A25C1">
        <w:rPr>
          <w:b/>
        </w:rPr>
        <w:t>Preguntas que elegiría para este paciente:</w:t>
      </w:r>
      <w:r w:rsidRPr="006A25C1">
        <w:t xml:space="preserve">  __________________________________________________________________________________</w:t>
      </w:r>
    </w:p>
    <w:p w14:paraId="3A5333A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24F23364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AAA3800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E084905" w14:textId="77777777">
        <w:trPr>
          <w:jc w:val="center"/>
        </w:trPr>
        <w:tc>
          <w:tcPr>
            <w:tcW w:w="10368" w:type="dxa"/>
            <w:shd w:val="clear" w:color="auto" w:fill="E9722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334C70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PREGUNTAS PODEROSAS · HIPERTENSIÓN ARTERIAL</w:t>
            </w:r>
          </w:p>
        </w:tc>
      </w:tr>
    </w:tbl>
    <w:p w14:paraId="3EE600AF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Hipertensión Arterial</w:t>
      </w:r>
    </w:p>
    <w:p w14:paraId="18B51870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Conciencia</w:t>
      </w:r>
    </w:p>
    <w:p w14:paraId="76773283" w14:textId="77777777" w:rsidR="004F1F97" w:rsidRPr="006A25C1" w:rsidRDefault="00000000">
      <w:pPr>
        <w:pStyle w:val="Listaconvietas"/>
        <w:spacing w:after="20"/>
      </w:pPr>
      <w:r w:rsidRPr="006A25C1">
        <w:t xml:space="preserve">¿Qué </w:t>
      </w:r>
      <w:proofErr w:type="spellStart"/>
      <w:r w:rsidRPr="006A25C1">
        <w:t>sabés</w:t>
      </w:r>
      <w:proofErr w:type="spellEnd"/>
      <w:r w:rsidRPr="006A25C1">
        <w:t xml:space="preserve"> hoy sobre los factores de tu alimentación que pueden influir en tu presión arterial?</w:t>
      </w:r>
    </w:p>
    <w:p w14:paraId="55D9C3C6" w14:textId="77777777" w:rsidR="004F1F97" w:rsidRPr="006A25C1" w:rsidRDefault="00000000">
      <w:pPr>
        <w:pStyle w:val="Listaconvietas"/>
        <w:spacing w:after="20"/>
      </w:pPr>
      <w:r w:rsidRPr="006A25C1">
        <w:t>¿En qué situaciones consumís más alimentos con alto contenido de sodio o muy procesados?</w:t>
      </w:r>
    </w:p>
    <w:p w14:paraId="1E386A42" w14:textId="77777777" w:rsidR="004F1F97" w:rsidRPr="006A25C1" w:rsidRDefault="00000000">
      <w:pPr>
        <w:pStyle w:val="Listaconvietas"/>
        <w:spacing w:after="20"/>
      </w:pPr>
      <w:r w:rsidRPr="006A25C1">
        <w:t>¿Qué parte de cuidar tu presión te resulta más difícil de llevar a la práctica?</w:t>
      </w:r>
    </w:p>
    <w:p w14:paraId="75512BF5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Motivación</w:t>
      </w:r>
    </w:p>
    <w:p w14:paraId="461048DE" w14:textId="77777777" w:rsidR="004F1F97" w:rsidRPr="006A25C1" w:rsidRDefault="00000000">
      <w:pPr>
        <w:pStyle w:val="Listaconvietas"/>
        <w:spacing w:after="20"/>
      </w:pPr>
      <w:r w:rsidRPr="006A25C1">
        <w:t>¿Para qué es importante para vos controlar mejor tu presión?</w:t>
      </w:r>
    </w:p>
    <w:p w14:paraId="79C85804" w14:textId="77777777" w:rsidR="004F1F97" w:rsidRPr="006A25C1" w:rsidRDefault="00000000">
      <w:pPr>
        <w:pStyle w:val="Listaconvietas"/>
        <w:spacing w:after="20"/>
      </w:pPr>
      <w:r w:rsidRPr="006A25C1">
        <w:t xml:space="preserve">¿Qué cambio notarías en tu tranquilidad o bienestar si sintieras que </w:t>
      </w:r>
      <w:proofErr w:type="spellStart"/>
      <w:r w:rsidRPr="006A25C1">
        <w:t>tenés</w:t>
      </w:r>
      <w:proofErr w:type="spellEnd"/>
      <w:r w:rsidRPr="006A25C1">
        <w:t xml:space="preserve"> mayor control sobre tus hábitos?</w:t>
      </w:r>
    </w:p>
    <w:p w14:paraId="15E59CD3" w14:textId="77777777" w:rsidR="004F1F97" w:rsidRPr="006A25C1" w:rsidRDefault="00000000">
      <w:pPr>
        <w:pStyle w:val="Listaconvietas"/>
        <w:spacing w:after="20"/>
      </w:pPr>
      <w:r w:rsidRPr="006A25C1">
        <w:t>¿Qué prioridad tiene este tema para vos hoy, del 0 al 10?</w:t>
      </w:r>
    </w:p>
    <w:p w14:paraId="24BDF86F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Barreras y recursos</w:t>
      </w:r>
    </w:p>
    <w:p w14:paraId="26F0937E" w14:textId="77777777" w:rsidR="004F1F97" w:rsidRPr="006A25C1" w:rsidRDefault="00000000">
      <w:pPr>
        <w:pStyle w:val="Listaconvietas"/>
        <w:spacing w:after="20"/>
      </w:pPr>
      <w:r w:rsidRPr="006A25C1">
        <w:t>¿Qué hace difícil reducir ciertos alimentos o condimentos en tu contexto?</w:t>
      </w:r>
    </w:p>
    <w:p w14:paraId="76570217" w14:textId="77777777" w:rsidR="004F1F97" w:rsidRPr="006A25C1" w:rsidRDefault="00000000">
      <w:pPr>
        <w:pStyle w:val="Listaconvietas"/>
        <w:spacing w:after="20"/>
      </w:pPr>
      <w:r w:rsidRPr="006A25C1">
        <w:t xml:space="preserve">¿Qué comidas ya </w:t>
      </w:r>
      <w:proofErr w:type="spellStart"/>
      <w:r w:rsidRPr="006A25C1">
        <w:t>preparás</w:t>
      </w:r>
      <w:proofErr w:type="spellEnd"/>
      <w:r w:rsidRPr="006A25C1">
        <w:t xml:space="preserve"> de una manera que favorece tu objetivo?</w:t>
      </w:r>
    </w:p>
    <w:p w14:paraId="02F82AD7" w14:textId="77777777" w:rsidR="004F1F97" w:rsidRPr="006A25C1" w:rsidRDefault="00000000">
      <w:pPr>
        <w:pStyle w:val="Listaconvietas"/>
        <w:spacing w:after="20"/>
      </w:pPr>
      <w:r w:rsidRPr="006A25C1">
        <w:t>¿Quién participa en la compra o preparación de alimentos y cómo podría colaborar?</w:t>
      </w:r>
    </w:p>
    <w:p w14:paraId="05901E9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Opciones y acción</w:t>
      </w:r>
    </w:p>
    <w:p w14:paraId="04F298AC" w14:textId="77777777" w:rsidR="004F1F97" w:rsidRPr="006A25C1" w:rsidRDefault="00000000">
      <w:pPr>
        <w:pStyle w:val="Listaconvietas"/>
        <w:spacing w:after="20"/>
      </w:pPr>
      <w:r w:rsidRPr="006A25C1">
        <w:t>¿Qué cambio concreto podrías probar esta semana en compras, preparación o elección de comidas?</w:t>
      </w:r>
    </w:p>
    <w:p w14:paraId="69D7B4B9" w14:textId="77777777" w:rsidR="004F1F97" w:rsidRPr="006A25C1" w:rsidRDefault="00000000">
      <w:pPr>
        <w:pStyle w:val="Listaconvietas"/>
        <w:spacing w:after="20"/>
      </w:pPr>
      <w:r w:rsidRPr="006A25C1">
        <w:t xml:space="preserve">¿Qué alternativa usarías cuando </w:t>
      </w:r>
      <w:proofErr w:type="spellStart"/>
      <w:r w:rsidRPr="006A25C1">
        <w:t>comés</w:t>
      </w:r>
      <w:proofErr w:type="spellEnd"/>
      <w:r w:rsidRPr="006A25C1">
        <w:t xml:space="preserve"> fuera de casa?</w:t>
      </w:r>
    </w:p>
    <w:p w14:paraId="133CFB46" w14:textId="77777777" w:rsidR="004F1F97" w:rsidRPr="006A25C1" w:rsidRDefault="00000000">
      <w:pPr>
        <w:pStyle w:val="Listaconvietas"/>
        <w:spacing w:after="20"/>
      </w:pPr>
      <w:r w:rsidRPr="006A25C1">
        <w:t>¿Cómo sabrás si el cambio elegido fue realmente posible de sostener?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ABA91E3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58065C0" w14:textId="77777777" w:rsidR="004F1F97" w:rsidRPr="006A25C1" w:rsidRDefault="00000000">
            <w:r w:rsidRPr="006A25C1">
              <w:rPr>
                <w:b/>
                <w:color w:val="E9722C"/>
              </w:rPr>
              <w:t>EJEMPLO DE USO</w:t>
            </w:r>
          </w:p>
          <w:p w14:paraId="49CC4EDE" w14:textId="77777777" w:rsidR="004F1F97" w:rsidRPr="006A25C1" w:rsidRDefault="00000000">
            <w:pPr>
              <w:spacing w:after="30"/>
            </w:pPr>
            <w:r w:rsidRPr="006A25C1">
              <w:t>Paciente: “Sé lo que tengo que hacer, pero no lo sostengo.”</w:t>
            </w:r>
          </w:p>
          <w:p w14:paraId="3DFA6581" w14:textId="77777777" w:rsidR="004F1F97" w:rsidRPr="006A25C1" w:rsidRDefault="00000000">
            <w:pPr>
              <w:spacing w:after="30"/>
            </w:pPr>
            <w:r w:rsidRPr="006A25C1">
              <w:t>En vez de encadenar cinco preguntas, elegí una: “¿En qué momento suele empezar a hacerse difícil?”</w:t>
            </w:r>
          </w:p>
          <w:p w14:paraId="4A14CAF2" w14:textId="77777777" w:rsidR="004F1F97" w:rsidRPr="006A25C1" w:rsidRDefault="00000000">
            <w:pPr>
              <w:spacing w:after="30"/>
            </w:pPr>
            <w:proofErr w:type="spellStart"/>
            <w:r w:rsidRPr="006A25C1">
              <w:t>Escuchá</w:t>
            </w:r>
            <w:proofErr w:type="spellEnd"/>
            <w:r w:rsidRPr="006A25C1">
              <w:t xml:space="preserve">, </w:t>
            </w:r>
            <w:proofErr w:type="spellStart"/>
            <w:r w:rsidRPr="006A25C1">
              <w:t>parafraseá</w:t>
            </w:r>
            <w:proofErr w:type="spellEnd"/>
            <w:r w:rsidRPr="006A25C1">
              <w:t xml:space="preserve"> y recién entonces elegí la siguiente pregunta según lo que aparezca.</w:t>
            </w:r>
          </w:p>
        </w:tc>
      </w:tr>
    </w:tbl>
    <w:p w14:paraId="027B817E" w14:textId="77777777" w:rsidR="004F1F97" w:rsidRPr="006A25C1" w:rsidRDefault="00000000">
      <w:pPr>
        <w:spacing w:after="20"/>
      </w:pPr>
      <w:r w:rsidRPr="006A25C1">
        <w:rPr>
          <w:b/>
        </w:rPr>
        <w:t>Preguntas que elegiría para este paciente:</w:t>
      </w:r>
      <w:r w:rsidRPr="006A25C1">
        <w:t xml:space="preserve">  __________________________________________________________________________________</w:t>
      </w:r>
    </w:p>
    <w:p w14:paraId="572371F3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5D75372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30A8F091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329F3E9" w14:textId="77777777">
        <w:trPr>
          <w:jc w:val="center"/>
        </w:trPr>
        <w:tc>
          <w:tcPr>
            <w:tcW w:w="10368" w:type="dxa"/>
            <w:shd w:val="clear" w:color="auto" w:fill="E9722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C21AE56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PREGUNTAS PODEROSAS · DISLIPIDEMIA</w:t>
            </w:r>
          </w:p>
        </w:tc>
      </w:tr>
    </w:tbl>
    <w:p w14:paraId="4B7EDCE1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Dislipidemia</w:t>
      </w:r>
    </w:p>
    <w:p w14:paraId="5CEC7628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Explorar</w:t>
      </w:r>
    </w:p>
    <w:p w14:paraId="767DD53D" w14:textId="77777777" w:rsidR="004F1F97" w:rsidRPr="006A25C1" w:rsidRDefault="00000000">
      <w:pPr>
        <w:pStyle w:val="Listaconvietas"/>
        <w:spacing w:after="20"/>
      </w:pPr>
      <w:r w:rsidRPr="006A25C1">
        <w:t xml:space="preserve">¿Qué </w:t>
      </w:r>
      <w:proofErr w:type="spellStart"/>
      <w:r w:rsidRPr="006A25C1">
        <w:t>entendés</w:t>
      </w:r>
      <w:proofErr w:type="spellEnd"/>
      <w:r w:rsidRPr="006A25C1">
        <w:t xml:space="preserve"> sobre tus valores de colesterol o triglicéridos y qué te preocupa de ellos?</w:t>
      </w:r>
    </w:p>
    <w:p w14:paraId="546A76E7" w14:textId="77777777" w:rsidR="004F1F97" w:rsidRPr="006A25C1" w:rsidRDefault="00000000">
      <w:pPr>
        <w:pStyle w:val="Listaconvietas"/>
        <w:spacing w:after="20"/>
      </w:pPr>
      <w:r w:rsidRPr="006A25C1">
        <w:t>¿Qué hábitos sentís que podrían estar influyendo y cuáles te resultan más difíciles de modificar?</w:t>
      </w:r>
    </w:p>
    <w:p w14:paraId="13604B92" w14:textId="77777777" w:rsidR="004F1F97" w:rsidRPr="006A25C1" w:rsidRDefault="00000000">
      <w:pPr>
        <w:pStyle w:val="Listaconvietas"/>
        <w:spacing w:after="20"/>
      </w:pPr>
      <w:r w:rsidRPr="006A25C1">
        <w:t>¿Qué cambios ya intentaste antes y qué aprendiste de esa experiencia?</w:t>
      </w:r>
    </w:p>
    <w:p w14:paraId="703FD6BC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Motivación y recursos</w:t>
      </w:r>
    </w:p>
    <w:p w14:paraId="5C1DDB10" w14:textId="77777777" w:rsidR="004F1F97" w:rsidRPr="006A25C1" w:rsidRDefault="00000000">
      <w:pPr>
        <w:pStyle w:val="Listaconvietas"/>
        <w:spacing w:after="20"/>
      </w:pPr>
      <w:r w:rsidRPr="006A25C1">
        <w:t>¿Qué beneficio tendría para vos mejorar estos parámetros?</w:t>
      </w:r>
    </w:p>
    <w:p w14:paraId="0069DCE4" w14:textId="77777777" w:rsidR="004F1F97" w:rsidRPr="006A25C1" w:rsidRDefault="00000000">
      <w:pPr>
        <w:pStyle w:val="Listaconvietas"/>
        <w:spacing w:after="20"/>
      </w:pPr>
      <w:r w:rsidRPr="006A25C1">
        <w:t>¿Qué alimento, preparación o rutina saludable ya forma parte de tu vida y podríamos potenciar?</w:t>
      </w:r>
    </w:p>
    <w:p w14:paraId="784BD5C4" w14:textId="77777777" w:rsidR="004F1F97" w:rsidRPr="006A25C1" w:rsidRDefault="00000000">
      <w:pPr>
        <w:pStyle w:val="Listaconvietas"/>
        <w:spacing w:after="20"/>
      </w:pPr>
      <w:r w:rsidRPr="006A25C1">
        <w:t xml:space="preserve">¿Qué apoyo </w:t>
      </w:r>
      <w:proofErr w:type="spellStart"/>
      <w:r w:rsidRPr="006A25C1">
        <w:t>necesitás</w:t>
      </w:r>
      <w:proofErr w:type="spellEnd"/>
      <w:r w:rsidRPr="006A25C1">
        <w:t xml:space="preserve"> para sostener cambios en compras o cocina?</w:t>
      </w:r>
    </w:p>
    <w:p w14:paraId="1054B03A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Acción</w:t>
      </w:r>
    </w:p>
    <w:p w14:paraId="1BF951DA" w14:textId="77777777" w:rsidR="004F1F97" w:rsidRPr="006A25C1" w:rsidRDefault="00000000">
      <w:pPr>
        <w:pStyle w:val="Listaconvietas"/>
        <w:spacing w:after="20"/>
      </w:pPr>
      <w:r w:rsidRPr="006A25C1">
        <w:t>¿Qué sustitución concreta sería más fácil empezar esta semana?</w:t>
      </w:r>
    </w:p>
    <w:p w14:paraId="46C5D530" w14:textId="77777777" w:rsidR="004F1F97" w:rsidRPr="006A25C1" w:rsidRDefault="00000000">
      <w:pPr>
        <w:pStyle w:val="Listaconvietas"/>
        <w:spacing w:after="20"/>
      </w:pPr>
      <w:r w:rsidRPr="006A25C1">
        <w:t>¿Qué cambio pequeño en frecuencia o porción te resultaría realista?</w:t>
      </w:r>
    </w:p>
    <w:p w14:paraId="2E9066BC" w14:textId="77777777" w:rsidR="004F1F97" w:rsidRPr="006A25C1" w:rsidRDefault="00000000">
      <w:pPr>
        <w:pStyle w:val="Listaconvietas"/>
        <w:spacing w:after="20"/>
      </w:pPr>
      <w:r w:rsidRPr="006A25C1">
        <w:t xml:space="preserve">¿Qué obstáculo </w:t>
      </w:r>
      <w:proofErr w:type="spellStart"/>
      <w:r w:rsidRPr="006A25C1">
        <w:t>anticipás</w:t>
      </w:r>
      <w:proofErr w:type="spellEnd"/>
      <w:r w:rsidRPr="006A25C1">
        <w:t xml:space="preserve"> y cuál sería tu plan B?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88D698D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4C1FB08" w14:textId="77777777" w:rsidR="004F1F97" w:rsidRPr="006A25C1" w:rsidRDefault="00000000">
            <w:r w:rsidRPr="006A25C1">
              <w:rPr>
                <w:b/>
                <w:color w:val="E9722C"/>
              </w:rPr>
              <w:t>EJEMPLO DE USO</w:t>
            </w:r>
          </w:p>
          <w:p w14:paraId="50C85FB6" w14:textId="77777777" w:rsidR="004F1F97" w:rsidRPr="006A25C1" w:rsidRDefault="00000000">
            <w:pPr>
              <w:spacing w:after="30"/>
            </w:pPr>
            <w:r w:rsidRPr="006A25C1">
              <w:t>Paciente: “Sé lo que tengo que hacer, pero no lo sostengo.”</w:t>
            </w:r>
          </w:p>
          <w:p w14:paraId="320CA20F" w14:textId="77777777" w:rsidR="004F1F97" w:rsidRPr="006A25C1" w:rsidRDefault="00000000">
            <w:pPr>
              <w:spacing w:after="30"/>
            </w:pPr>
            <w:r w:rsidRPr="006A25C1">
              <w:t>En vez de encadenar cinco preguntas, elegí una: “¿En qué momento suele empezar a hacerse difícil?”</w:t>
            </w:r>
          </w:p>
          <w:p w14:paraId="29B1E43B" w14:textId="77777777" w:rsidR="004F1F97" w:rsidRPr="006A25C1" w:rsidRDefault="00000000">
            <w:pPr>
              <w:spacing w:after="30"/>
            </w:pPr>
            <w:proofErr w:type="spellStart"/>
            <w:r w:rsidRPr="006A25C1">
              <w:t>Escuchá</w:t>
            </w:r>
            <w:proofErr w:type="spellEnd"/>
            <w:r w:rsidRPr="006A25C1">
              <w:t xml:space="preserve">, </w:t>
            </w:r>
            <w:proofErr w:type="spellStart"/>
            <w:r w:rsidRPr="006A25C1">
              <w:t>parafraseá</w:t>
            </w:r>
            <w:proofErr w:type="spellEnd"/>
            <w:r w:rsidRPr="006A25C1">
              <w:t xml:space="preserve"> y recién entonces elegí la siguiente pregunta según lo que aparezca.</w:t>
            </w:r>
          </w:p>
        </w:tc>
      </w:tr>
    </w:tbl>
    <w:p w14:paraId="54170FF4" w14:textId="77777777" w:rsidR="004F1F97" w:rsidRPr="006A25C1" w:rsidRDefault="00000000">
      <w:pPr>
        <w:spacing w:after="20"/>
      </w:pPr>
      <w:r w:rsidRPr="006A25C1">
        <w:rPr>
          <w:b/>
        </w:rPr>
        <w:t>Preguntas que elegiría para este paciente:</w:t>
      </w:r>
      <w:r w:rsidRPr="006A25C1">
        <w:t xml:space="preserve">  __________________________________________________________________________________</w:t>
      </w:r>
    </w:p>
    <w:p w14:paraId="13CBD34B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0D759AF2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73C60051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3F4E32EF" w14:textId="77777777">
        <w:trPr>
          <w:jc w:val="center"/>
        </w:trPr>
        <w:tc>
          <w:tcPr>
            <w:tcW w:w="10368" w:type="dxa"/>
            <w:shd w:val="clear" w:color="auto" w:fill="E9722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E070B6E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PREGUNTAS PODEROSAS · HÍGADO GRASO / ESTEATOSIS HEPÁTICA</w:t>
            </w:r>
          </w:p>
        </w:tc>
      </w:tr>
    </w:tbl>
    <w:p w14:paraId="3604C89A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Hígado Graso / Esteatosis Hepática</w:t>
      </w:r>
    </w:p>
    <w:p w14:paraId="70908440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Explorar</w:t>
      </w:r>
    </w:p>
    <w:p w14:paraId="732E6FF3" w14:textId="77777777" w:rsidR="004F1F97" w:rsidRPr="006A25C1" w:rsidRDefault="00000000">
      <w:pPr>
        <w:pStyle w:val="Listaconvietas"/>
        <w:spacing w:after="20"/>
      </w:pPr>
      <w:r w:rsidRPr="006A25C1">
        <w:t>¿Qué te explicaron sobre tu diagnóstico y qué entendiste de esa información?</w:t>
      </w:r>
    </w:p>
    <w:p w14:paraId="5789C246" w14:textId="77777777" w:rsidR="004F1F97" w:rsidRPr="006A25C1" w:rsidRDefault="00000000">
      <w:pPr>
        <w:pStyle w:val="Listaconvietas"/>
        <w:spacing w:after="20"/>
      </w:pPr>
      <w:r w:rsidRPr="006A25C1">
        <w:t>¿Qué hábito sentís que sería más relevante revisar primero?</w:t>
      </w:r>
    </w:p>
    <w:p w14:paraId="5AEEE127" w14:textId="77777777" w:rsidR="004F1F97" w:rsidRPr="006A25C1" w:rsidRDefault="00000000">
      <w:pPr>
        <w:pStyle w:val="Listaconvietas"/>
        <w:spacing w:after="20"/>
      </w:pPr>
      <w:r w:rsidRPr="006A25C1">
        <w:t>¿Qué situaciones favorecen un consumo mayor de bebidas azucaradas, alcohol o comidas muy densas en energía, si aplica a tu caso?</w:t>
      </w:r>
    </w:p>
    <w:p w14:paraId="19407A53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Motivación</w:t>
      </w:r>
    </w:p>
    <w:p w14:paraId="59A17DDE" w14:textId="77777777" w:rsidR="004F1F97" w:rsidRPr="006A25C1" w:rsidRDefault="00000000">
      <w:pPr>
        <w:pStyle w:val="Listaconvietas"/>
        <w:spacing w:after="20"/>
      </w:pPr>
      <w:r w:rsidRPr="006A25C1">
        <w:t>¿Qué significa para vos mejorar la salud de tu hígado?</w:t>
      </w:r>
    </w:p>
    <w:p w14:paraId="2366A4F0" w14:textId="77777777" w:rsidR="004F1F97" w:rsidRPr="006A25C1" w:rsidRDefault="00000000">
      <w:pPr>
        <w:pStyle w:val="Listaconvietas"/>
        <w:spacing w:after="20"/>
      </w:pPr>
      <w:r w:rsidRPr="006A25C1">
        <w:t>¿Qué cambio te gustaría poder sostener sin sentir que tu alimentación se vuelve restrictiva?</w:t>
      </w:r>
    </w:p>
    <w:p w14:paraId="33D24542" w14:textId="77777777" w:rsidR="004F1F97" w:rsidRPr="006A25C1" w:rsidRDefault="00000000">
      <w:pPr>
        <w:pStyle w:val="Listaconvietas"/>
        <w:spacing w:after="20"/>
      </w:pPr>
      <w:r w:rsidRPr="006A25C1">
        <w:t>¿Qué tan importante es este objetivo para vos hoy, del 0 al 10?</w:t>
      </w:r>
    </w:p>
    <w:p w14:paraId="24B7C60D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Acción</w:t>
      </w:r>
    </w:p>
    <w:p w14:paraId="3935A8BB" w14:textId="77777777" w:rsidR="004F1F97" w:rsidRPr="006A25C1" w:rsidRDefault="00000000">
      <w:pPr>
        <w:pStyle w:val="Listaconvietas"/>
        <w:spacing w:after="20"/>
      </w:pPr>
      <w:r w:rsidRPr="006A25C1">
        <w:t>¿Qué cambio concreto sería más viable en bebidas, porciones, frecuencia o movimiento?</w:t>
      </w:r>
    </w:p>
    <w:p w14:paraId="5A96D6C3" w14:textId="77777777" w:rsidR="004F1F97" w:rsidRPr="006A25C1" w:rsidRDefault="00000000">
      <w:pPr>
        <w:pStyle w:val="Listaconvietas"/>
        <w:spacing w:after="20"/>
      </w:pPr>
      <w:r w:rsidRPr="006A25C1">
        <w:t xml:space="preserve">¿Qué recurso personal ya </w:t>
      </w:r>
      <w:proofErr w:type="spellStart"/>
      <w:r w:rsidRPr="006A25C1">
        <w:t>tenés</w:t>
      </w:r>
      <w:proofErr w:type="spellEnd"/>
      <w:r w:rsidRPr="006A25C1">
        <w:t xml:space="preserve"> para empezar?</w:t>
      </w:r>
    </w:p>
    <w:p w14:paraId="67B9E5F5" w14:textId="77777777" w:rsidR="004F1F97" w:rsidRPr="006A25C1" w:rsidRDefault="00000000">
      <w:pPr>
        <w:pStyle w:val="Listaconvietas"/>
        <w:spacing w:after="20"/>
      </w:pPr>
      <w:r w:rsidRPr="006A25C1">
        <w:t>¿Cómo podrías saber en dos semanas si el plan que elegiste fue realmente sostenible?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2F582785" w14:textId="77777777">
        <w:trPr>
          <w:jc w:val="center"/>
        </w:trPr>
        <w:tc>
          <w:tcPr>
            <w:tcW w:w="10368" w:type="dxa"/>
            <w:shd w:val="clear" w:color="auto" w:fill="FFF3E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1B7D027" w14:textId="77777777" w:rsidR="004F1F97" w:rsidRPr="006A25C1" w:rsidRDefault="00000000">
            <w:r w:rsidRPr="006A25C1">
              <w:rPr>
                <w:b/>
                <w:color w:val="E9722C"/>
              </w:rPr>
              <w:t>EJEMPLO DE USO</w:t>
            </w:r>
          </w:p>
          <w:p w14:paraId="63B95470" w14:textId="77777777" w:rsidR="004F1F97" w:rsidRPr="006A25C1" w:rsidRDefault="00000000">
            <w:pPr>
              <w:spacing w:after="30"/>
            </w:pPr>
            <w:r w:rsidRPr="006A25C1">
              <w:t>Paciente: “Sé lo que tengo que hacer, pero no lo sostengo.”</w:t>
            </w:r>
          </w:p>
          <w:p w14:paraId="57E93895" w14:textId="77777777" w:rsidR="004F1F97" w:rsidRPr="006A25C1" w:rsidRDefault="00000000">
            <w:pPr>
              <w:spacing w:after="30"/>
            </w:pPr>
            <w:r w:rsidRPr="006A25C1">
              <w:t>En vez de encadenar cinco preguntas, elegí una: “¿En qué momento suele empezar a hacerse difícil?”</w:t>
            </w:r>
          </w:p>
          <w:p w14:paraId="292C9B8D" w14:textId="77777777" w:rsidR="004F1F97" w:rsidRPr="006A25C1" w:rsidRDefault="00000000">
            <w:pPr>
              <w:spacing w:after="30"/>
            </w:pPr>
            <w:proofErr w:type="spellStart"/>
            <w:r w:rsidRPr="006A25C1">
              <w:t>Escuchá</w:t>
            </w:r>
            <w:proofErr w:type="spellEnd"/>
            <w:r w:rsidRPr="006A25C1">
              <w:t xml:space="preserve">, </w:t>
            </w:r>
            <w:proofErr w:type="spellStart"/>
            <w:r w:rsidRPr="006A25C1">
              <w:t>parafraseá</w:t>
            </w:r>
            <w:proofErr w:type="spellEnd"/>
            <w:r w:rsidRPr="006A25C1">
              <w:t xml:space="preserve"> y recién entonces elegí la siguiente pregunta según lo que aparezca.</w:t>
            </w:r>
          </w:p>
        </w:tc>
      </w:tr>
    </w:tbl>
    <w:p w14:paraId="63F0F51A" w14:textId="77777777" w:rsidR="004F1F97" w:rsidRPr="006A25C1" w:rsidRDefault="00000000">
      <w:pPr>
        <w:spacing w:after="20"/>
      </w:pPr>
      <w:r w:rsidRPr="006A25C1">
        <w:rPr>
          <w:b/>
        </w:rPr>
        <w:t>Preguntas que elegiría para este paciente:</w:t>
      </w:r>
      <w:r w:rsidRPr="006A25C1">
        <w:t xml:space="preserve">  __________________________________________________________________________________</w:t>
      </w:r>
    </w:p>
    <w:p w14:paraId="2DF7D3D8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1786C071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</w:t>
      </w:r>
    </w:p>
    <w:p w14:paraId="279160A8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1D913C9B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F35C9F4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BANCO TRANSVERSAL · SEGÚN OBJETIVO DE LA CONVERSACIÓN</w:t>
            </w:r>
          </w:p>
        </w:tc>
      </w:tr>
    </w:tbl>
    <w:p w14:paraId="67CECB2A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Preguntas que sirven en múltiples patologías</w:t>
      </w:r>
    </w:p>
    <w:p w14:paraId="035507B1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Para explorar la realidad</w:t>
      </w:r>
    </w:p>
    <w:p w14:paraId="7014C752" w14:textId="77777777" w:rsidR="004F1F97" w:rsidRPr="006A25C1" w:rsidRDefault="00000000">
      <w:pPr>
        <w:pStyle w:val="Listaconvietas"/>
        <w:spacing w:after="20"/>
      </w:pPr>
      <w:r w:rsidRPr="006A25C1">
        <w:t>¿Qué está pasando actualmente?</w:t>
      </w:r>
    </w:p>
    <w:p w14:paraId="682F9391" w14:textId="77777777" w:rsidR="004F1F97" w:rsidRPr="006A25C1" w:rsidRDefault="00000000">
      <w:pPr>
        <w:pStyle w:val="Listaconvietas"/>
        <w:spacing w:after="20"/>
      </w:pPr>
      <w:r w:rsidRPr="006A25C1">
        <w:t>¿Cuándo se vuelve más difícil?</w:t>
      </w:r>
    </w:p>
    <w:p w14:paraId="043D1F7C" w14:textId="77777777" w:rsidR="004F1F97" w:rsidRPr="006A25C1" w:rsidRDefault="00000000">
      <w:pPr>
        <w:pStyle w:val="Listaconvietas"/>
        <w:spacing w:after="20"/>
      </w:pPr>
      <w:r w:rsidRPr="006A25C1">
        <w:t>¿Qué suele pasar antes?</w:t>
      </w:r>
    </w:p>
    <w:p w14:paraId="37ED8A8D" w14:textId="77777777" w:rsidR="004F1F97" w:rsidRPr="006A25C1" w:rsidRDefault="00000000">
      <w:pPr>
        <w:pStyle w:val="Listaconvietas"/>
        <w:spacing w:after="20"/>
      </w:pPr>
      <w:r w:rsidRPr="006A25C1">
        <w:t>¿Qué impacto tiene esto en tu día a día?</w:t>
      </w:r>
    </w:p>
    <w:p w14:paraId="2EE9070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Para encontrar excepciones y recursos</w:t>
      </w:r>
    </w:p>
    <w:p w14:paraId="3CBFA682" w14:textId="77777777" w:rsidR="004F1F97" w:rsidRPr="006A25C1" w:rsidRDefault="00000000">
      <w:pPr>
        <w:pStyle w:val="Listaconvietas"/>
        <w:spacing w:after="20"/>
      </w:pPr>
      <w:r w:rsidRPr="006A25C1">
        <w:t>¿Cuándo sí lo conseguís?</w:t>
      </w:r>
    </w:p>
    <w:p w14:paraId="1F639295" w14:textId="77777777" w:rsidR="004F1F97" w:rsidRPr="006A25C1" w:rsidRDefault="00000000">
      <w:pPr>
        <w:pStyle w:val="Listaconvietas"/>
        <w:spacing w:after="20"/>
      </w:pPr>
      <w:r w:rsidRPr="006A25C1">
        <w:t>¿Qué es diferente esos días?</w:t>
      </w:r>
    </w:p>
    <w:p w14:paraId="49FB314D" w14:textId="77777777" w:rsidR="004F1F97" w:rsidRPr="006A25C1" w:rsidRDefault="00000000">
      <w:pPr>
        <w:pStyle w:val="Listaconvietas"/>
        <w:spacing w:after="20"/>
      </w:pPr>
      <w:r w:rsidRPr="006A25C1">
        <w:t xml:space="preserve">¿Qué ya estás haciendo que </w:t>
      </w:r>
      <w:proofErr w:type="gramStart"/>
      <w:r w:rsidRPr="006A25C1">
        <w:t>funciona</w:t>
      </w:r>
      <w:proofErr w:type="gramEnd"/>
      <w:r w:rsidRPr="006A25C1">
        <w:t>?</w:t>
      </w:r>
    </w:p>
    <w:p w14:paraId="449F2247" w14:textId="77777777" w:rsidR="004F1F97" w:rsidRPr="006A25C1" w:rsidRDefault="00000000">
      <w:pPr>
        <w:pStyle w:val="Listaconvietas"/>
        <w:spacing w:after="20"/>
      </w:pPr>
      <w:r w:rsidRPr="006A25C1">
        <w:t>¿Qué fortaleza tuya podrías usar acá?</w:t>
      </w:r>
    </w:p>
    <w:p w14:paraId="27F2C653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Para motivación</w:t>
      </w:r>
    </w:p>
    <w:p w14:paraId="27AF3166" w14:textId="77777777" w:rsidR="004F1F97" w:rsidRPr="006A25C1" w:rsidRDefault="00000000">
      <w:pPr>
        <w:pStyle w:val="Listaconvietas"/>
        <w:spacing w:after="20"/>
      </w:pPr>
      <w:r w:rsidRPr="006A25C1">
        <w:t xml:space="preserve">¿Para qué </w:t>
      </w:r>
      <w:proofErr w:type="spellStart"/>
      <w:r w:rsidRPr="006A25C1">
        <w:t>querés</w:t>
      </w:r>
      <w:proofErr w:type="spellEnd"/>
      <w:r w:rsidRPr="006A25C1">
        <w:t xml:space="preserve"> hacer este cambio?</w:t>
      </w:r>
    </w:p>
    <w:p w14:paraId="0706E854" w14:textId="77777777" w:rsidR="004F1F97" w:rsidRPr="006A25C1" w:rsidRDefault="00000000">
      <w:pPr>
        <w:pStyle w:val="Listaconvietas"/>
        <w:spacing w:after="20"/>
      </w:pPr>
      <w:r w:rsidRPr="006A25C1">
        <w:t>¿Qué sería diferente en tu vida?</w:t>
      </w:r>
    </w:p>
    <w:p w14:paraId="2F0BA2ED" w14:textId="77777777" w:rsidR="004F1F97" w:rsidRPr="006A25C1" w:rsidRDefault="00000000">
      <w:pPr>
        <w:pStyle w:val="Listaconvietas"/>
        <w:spacing w:after="20"/>
      </w:pPr>
      <w:r w:rsidRPr="006A25C1">
        <w:t>¿Qué importancia tiene para vos del 0 al 10?</w:t>
      </w:r>
    </w:p>
    <w:p w14:paraId="6C7631B7" w14:textId="77777777" w:rsidR="004F1F97" w:rsidRPr="006A25C1" w:rsidRDefault="00000000">
      <w:pPr>
        <w:pStyle w:val="Listaconvietas"/>
        <w:spacing w:after="20"/>
      </w:pPr>
      <w:r w:rsidRPr="006A25C1">
        <w:t>¿Por qué ese número y no uno menor?</w:t>
      </w:r>
    </w:p>
    <w:p w14:paraId="0D5E2E99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Para generar opciones</w:t>
      </w:r>
    </w:p>
    <w:p w14:paraId="712E5375" w14:textId="77777777" w:rsidR="004F1F97" w:rsidRPr="006A25C1" w:rsidRDefault="00000000">
      <w:pPr>
        <w:pStyle w:val="Listaconvietas"/>
        <w:spacing w:after="20"/>
      </w:pPr>
      <w:r w:rsidRPr="006A25C1">
        <w:t>¿Qué alternativas se te ocurren?</w:t>
      </w:r>
    </w:p>
    <w:p w14:paraId="1944B255" w14:textId="77777777" w:rsidR="004F1F97" w:rsidRPr="006A25C1" w:rsidRDefault="00000000">
      <w:pPr>
        <w:pStyle w:val="Listaconvietas"/>
        <w:spacing w:after="20"/>
      </w:pPr>
      <w:r w:rsidRPr="006A25C1">
        <w:t>¿Qué sería posible dentro de tu realidad?</w:t>
      </w:r>
    </w:p>
    <w:p w14:paraId="7B7A200C" w14:textId="77777777" w:rsidR="004F1F97" w:rsidRPr="006A25C1" w:rsidRDefault="00000000">
      <w:pPr>
        <w:pStyle w:val="Listaconvietas"/>
        <w:spacing w:after="20"/>
      </w:pPr>
      <w:r w:rsidRPr="006A25C1">
        <w:t>¿Cuál te gustaría probar primero?</w:t>
      </w:r>
    </w:p>
    <w:p w14:paraId="172C5CE8" w14:textId="77777777" w:rsidR="004F1F97" w:rsidRPr="006A25C1" w:rsidRDefault="00000000">
      <w:pPr>
        <w:pStyle w:val="Listaconvietas"/>
        <w:spacing w:after="20"/>
      </w:pPr>
      <w:r w:rsidRPr="006A25C1">
        <w:t>¿</w:t>
      </w:r>
      <w:proofErr w:type="spellStart"/>
      <w:r w:rsidRPr="006A25C1">
        <w:t>Querés</w:t>
      </w:r>
      <w:proofErr w:type="spellEnd"/>
      <w:r w:rsidRPr="006A25C1">
        <w:t xml:space="preserve"> que te comparta alguna opción adicional?</w:t>
      </w:r>
    </w:p>
    <w:p w14:paraId="1BF4DD2A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Para plan de acción</w:t>
      </w:r>
    </w:p>
    <w:p w14:paraId="1BD56688" w14:textId="77777777" w:rsidR="004F1F97" w:rsidRPr="006A25C1" w:rsidRDefault="00000000">
      <w:pPr>
        <w:pStyle w:val="Listaconvietas"/>
        <w:spacing w:after="20"/>
      </w:pPr>
      <w:r w:rsidRPr="006A25C1">
        <w:t>¿Qué vas a hacer concretamente?</w:t>
      </w:r>
    </w:p>
    <w:p w14:paraId="64CB33D0" w14:textId="77777777" w:rsidR="004F1F97" w:rsidRPr="006A25C1" w:rsidRDefault="00000000">
      <w:pPr>
        <w:pStyle w:val="Listaconvietas"/>
        <w:spacing w:after="20"/>
      </w:pPr>
      <w:r w:rsidRPr="006A25C1">
        <w:t>¿Cuándo?</w:t>
      </w:r>
    </w:p>
    <w:p w14:paraId="628FAC8B" w14:textId="77777777" w:rsidR="004F1F97" w:rsidRPr="006A25C1" w:rsidRDefault="00000000">
      <w:pPr>
        <w:pStyle w:val="Listaconvietas"/>
        <w:spacing w:after="20"/>
      </w:pPr>
      <w:r w:rsidRPr="006A25C1">
        <w:t>¿Qué podría interferir?</w:t>
      </w:r>
    </w:p>
    <w:p w14:paraId="3CDB459C" w14:textId="77777777" w:rsidR="004F1F97" w:rsidRPr="006A25C1" w:rsidRDefault="00000000">
      <w:pPr>
        <w:pStyle w:val="Listaconvietas"/>
        <w:spacing w:after="20"/>
      </w:pPr>
      <w:r w:rsidRPr="006A25C1">
        <w:t>¿Cuál es tu plan B?</w:t>
      </w:r>
    </w:p>
    <w:p w14:paraId="430A47D7" w14:textId="77777777" w:rsidR="004F1F97" w:rsidRPr="006A25C1" w:rsidRDefault="00000000">
      <w:pPr>
        <w:pStyle w:val="Listaconvietas"/>
        <w:spacing w:after="20"/>
      </w:pPr>
      <w:r w:rsidRPr="006A25C1">
        <w:t>¿Qué tan seguro/a estás del 0 al 10?</w:t>
      </w:r>
    </w:p>
    <w:p w14:paraId="7C72D898" w14:textId="77777777" w:rsidR="004F1F97" w:rsidRPr="006A25C1" w:rsidRDefault="00000000">
      <w:r w:rsidRPr="006A25C1"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4F1F97" w:rsidRPr="006A25C1" w14:paraId="6FBCB338" w14:textId="77777777">
        <w:trPr>
          <w:jc w:val="center"/>
        </w:trPr>
        <w:tc>
          <w:tcPr>
            <w:tcW w:w="10368" w:type="dxa"/>
            <w:shd w:val="clear" w:color="auto" w:fill="174A3B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CEC4916" w14:textId="77777777" w:rsidR="004F1F97" w:rsidRPr="006A25C1" w:rsidRDefault="00000000">
            <w:pPr>
              <w:jc w:val="center"/>
            </w:pPr>
            <w:r w:rsidRPr="006A25C1">
              <w:rPr>
                <w:b/>
                <w:color w:val="FFFFFF"/>
                <w:sz w:val="21"/>
              </w:rPr>
              <w:lastRenderedPageBreak/>
              <w:t>NOTAS DE PRÁCTICA</w:t>
            </w:r>
          </w:p>
        </w:tc>
      </w:tr>
    </w:tbl>
    <w:p w14:paraId="35347091" w14:textId="77777777" w:rsidR="004F1F97" w:rsidRPr="006A25C1" w:rsidRDefault="00000000">
      <w:pPr>
        <w:pStyle w:val="H1Custom"/>
        <w:spacing w:after="60"/>
        <w:rPr>
          <w:lang w:val="es-PY"/>
        </w:rPr>
      </w:pPr>
      <w:r w:rsidRPr="006A25C1">
        <w:rPr>
          <w:lang w:val="es-PY"/>
        </w:rPr>
        <w:t>Registro personal</w:t>
      </w:r>
    </w:p>
    <w:p w14:paraId="37CF4304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254AD037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422286B4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41966E20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430B8715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2C4A1915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31B0F60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6CDC05C5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4FD6477C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6A812FB2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790F9CB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66FC55F9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797B1987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028F5BB7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50BE1EC5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28AF5A9D" w14:textId="77777777" w:rsidR="004F1F97" w:rsidRPr="006A25C1" w:rsidRDefault="00000000">
      <w:pPr>
        <w:spacing w:after="20"/>
      </w:pPr>
      <w:r w:rsidRPr="006A25C1">
        <w:t>____________________________________________________________________________________________________________</w:t>
      </w:r>
    </w:p>
    <w:p w14:paraId="6A340ADB" w14:textId="77777777" w:rsidR="004F1F97" w:rsidRPr="006A25C1" w:rsidRDefault="00000000">
      <w:pPr>
        <w:pStyle w:val="H2Custom"/>
        <w:spacing w:before="60" w:after="40"/>
        <w:rPr>
          <w:lang w:val="es-PY"/>
        </w:rPr>
      </w:pPr>
      <w:r w:rsidRPr="006A25C1">
        <w:rPr>
          <w:lang w:val="es-PY"/>
        </w:rPr>
        <w:t>Nota metodológica</w:t>
      </w:r>
    </w:p>
    <w:p w14:paraId="69915AE2" w14:textId="77777777" w:rsidR="004F1F97" w:rsidRPr="006A25C1" w:rsidRDefault="00000000">
      <w:pPr>
        <w:spacing w:after="50"/>
      </w:pPr>
      <w:r w:rsidRPr="006A25C1">
        <w:t xml:space="preserve">Este cuaderno operacionaliza herramientas trabajadas en la clase: escucha activa, preguntas poderosas, </w:t>
      </w:r>
      <w:proofErr w:type="spellStart"/>
      <w:r w:rsidRPr="006A25C1">
        <w:t>feedback</w:t>
      </w:r>
      <w:proofErr w:type="spellEnd"/>
      <w:r w:rsidRPr="006A25C1">
        <w:t xml:space="preserve"> constructivo, ODIBROPA, objetivos PRAMPE/SMART, disposición al cambio, barreras y recursos, visualización, rueda, diálogo interno, motivación, opciones y plan de acción.</w:t>
      </w:r>
    </w:p>
    <w:p w14:paraId="08587C74" w14:textId="77777777" w:rsidR="004F1F97" w:rsidRDefault="00000000">
      <w:pPr>
        <w:spacing w:after="50"/>
      </w:pPr>
      <w:r w:rsidRPr="006A25C1">
        <w:t>Las preguntas específicas por patología están formuladas con enfoque de coaching y comunicación clínica; deben utilizarse junto con la evaluación nutricional y el tratamiento clínico correspondiente.</w:t>
      </w:r>
    </w:p>
    <w:sectPr w:rsidR="004F1F97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A0EB6" w14:textId="77777777" w:rsidR="003646CE" w:rsidRPr="006A25C1" w:rsidRDefault="003646CE">
      <w:pPr>
        <w:spacing w:after="0" w:line="240" w:lineRule="auto"/>
      </w:pPr>
      <w:r w:rsidRPr="006A25C1">
        <w:separator/>
      </w:r>
    </w:p>
  </w:endnote>
  <w:endnote w:type="continuationSeparator" w:id="0">
    <w:p w14:paraId="39FEE7AE" w14:textId="77777777" w:rsidR="003646CE" w:rsidRPr="006A25C1" w:rsidRDefault="003646CE">
      <w:pPr>
        <w:spacing w:after="0" w:line="240" w:lineRule="auto"/>
      </w:pPr>
      <w:r w:rsidRPr="006A25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7EB6" w14:textId="72502E32" w:rsidR="004F1F97" w:rsidRPr="006A25C1" w:rsidRDefault="00000000">
    <w:pPr>
      <w:pStyle w:val="Piedepgina"/>
      <w:jc w:val="center"/>
    </w:pPr>
    <w:r w:rsidRPr="006A25C1">
      <w:rPr>
        <w:color w:val="6B7280"/>
        <w:sz w:val="14"/>
      </w:rPr>
      <w:t>Material práctico para formación y pasantía</w:t>
    </w:r>
    <w:r w:rsidR="003647A8" w:rsidRPr="006A25C1">
      <w:rPr>
        <w:color w:val="6B7280"/>
        <w:sz w:val="14"/>
      </w:rPr>
      <w:t xml:space="preserve">. </w:t>
    </w:r>
    <w:r w:rsidR="003647A8" w:rsidRPr="006A25C1">
      <w:rPr>
        <w:b/>
        <w:bCs/>
        <w:color w:val="6B7280"/>
        <w:sz w:val="14"/>
      </w:rPr>
      <w:t>Lic. Doris Villalba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AE24E" w14:textId="77777777" w:rsidR="003646CE" w:rsidRPr="006A25C1" w:rsidRDefault="003646CE">
      <w:pPr>
        <w:spacing w:after="0" w:line="240" w:lineRule="auto"/>
      </w:pPr>
      <w:r w:rsidRPr="006A25C1">
        <w:separator/>
      </w:r>
    </w:p>
  </w:footnote>
  <w:footnote w:type="continuationSeparator" w:id="0">
    <w:p w14:paraId="62FEFEA9" w14:textId="77777777" w:rsidR="003646CE" w:rsidRPr="006A25C1" w:rsidRDefault="003646CE">
      <w:pPr>
        <w:spacing w:after="0" w:line="240" w:lineRule="auto"/>
      </w:pPr>
      <w:r w:rsidRPr="006A25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6234" w14:textId="77777777" w:rsidR="004F1F97" w:rsidRPr="006A25C1" w:rsidRDefault="00000000">
    <w:pPr>
      <w:pStyle w:val="Encabezado"/>
      <w:jc w:val="right"/>
    </w:pPr>
    <w:r w:rsidRPr="006A25C1">
      <w:rPr>
        <w:color w:val="6B7280"/>
        <w:sz w:val="14"/>
      </w:rPr>
      <w:t>COACHING NUTRICIONAL · CUADERNO DE ACTIVIDADES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597760">
    <w:abstractNumId w:val="8"/>
  </w:num>
  <w:num w:numId="2" w16cid:durableId="1777213344">
    <w:abstractNumId w:val="6"/>
  </w:num>
  <w:num w:numId="3" w16cid:durableId="449589785">
    <w:abstractNumId w:val="5"/>
  </w:num>
  <w:num w:numId="4" w16cid:durableId="1101604163">
    <w:abstractNumId w:val="4"/>
  </w:num>
  <w:num w:numId="5" w16cid:durableId="717512245">
    <w:abstractNumId w:val="7"/>
  </w:num>
  <w:num w:numId="6" w16cid:durableId="1417365091">
    <w:abstractNumId w:val="3"/>
  </w:num>
  <w:num w:numId="7" w16cid:durableId="1137257662">
    <w:abstractNumId w:val="2"/>
  </w:num>
  <w:num w:numId="8" w16cid:durableId="2026512447">
    <w:abstractNumId w:val="1"/>
  </w:num>
  <w:num w:numId="9" w16cid:durableId="27722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511D"/>
    <w:rsid w:val="00326F90"/>
    <w:rsid w:val="003646CE"/>
    <w:rsid w:val="003647A8"/>
    <w:rsid w:val="00473949"/>
    <w:rsid w:val="004F1F97"/>
    <w:rsid w:val="006A25C1"/>
    <w:rsid w:val="006F7CC7"/>
    <w:rsid w:val="00830285"/>
    <w:rsid w:val="00AA1D8D"/>
    <w:rsid w:val="00B47730"/>
    <w:rsid w:val="00CB0664"/>
    <w:rsid w:val="00F12249"/>
    <w:rsid w:val="00F752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37413"/>
  <w14:defaultImageDpi w14:val="300"/>
  <w15:docId w15:val="{BDC21027-66CA-4312-9120-99CAC328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  <w:lang w:val="es-PY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1Custom">
    <w:name w:val="H1Custom"/>
    <w:rPr>
      <w:rFonts w:ascii="Aptos" w:hAnsi="Aptos"/>
      <w:b/>
      <w:color w:val="174A3B"/>
      <w:sz w:val="34"/>
    </w:rPr>
  </w:style>
  <w:style w:type="paragraph" w:customStyle="1" w:styleId="H2Custom">
    <w:name w:val="H2Custom"/>
    <w:rPr>
      <w:rFonts w:ascii="Aptos" w:hAnsi="Aptos"/>
      <w:b/>
      <w:color w:val="E9722C"/>
      <w:sz w:val="25"/>
    </w:rPr>
  </w:style>
  <w:style w:type="paragraph" w:customStyle="1" w:styleId="SmallGray">
    <w:name w:val="SmallGray"/>
    <w:rPr>
      <w:rFonts w:ascii="Aptos" w:hAnsi="Aptos"/>
      <w:color w:val="6B72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5548</Words>
  <Characters>30519</Characters>
  <Application>Microsoft Office Word</Application>
  <DocSecurity>0</DocSecurity>
  <Lines>254</Lines>
  <Paragraphs>71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Alexandra Sardi Martinez</cp:lastModifiedBy>
  <cp:revision>2</cp:revision>
  <cp:lastPrinted>2026-08-19T12:43:00Z</cp:lastPrinted>
  <dcterms:created xsi:type="dcterms:W3CDTF">2026-08-19T12:50:00Z</dcterms:created>
  <dcterms:modified xsi:type="dcterms:W3CDTF">2026-08-19T12:50:00Z</dcterms:modified>
  <cp:category/>
</cp:coreProperties>
</file>